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B54BB" w14:textId="260B5068" w:rsidR="006500F2" w:rsidRDefault="003E5CB5">
      <w:pPr>
        <w:pStyle w:val="TitleCustom"/>
        <w:jc w:val="center"/>
      </w:pPr>
      <w:r>
        <w:t>Ground rules for thesis work</w:t>
      </w:r>
    </w:p>
    <w:p w14:paraId="1D4E723C" w14:textId="77777777" w:rsidR="006500F2" w:rsidRDefault="00B615F5">
      <w:pPr>
        <w:pStyle w:val="Heading2Custom"/>
        <w:spacing w:before="0" w:after="160"/>
        <w:jc w:val="center"/>
      </w:pPr>
      <w:r>
        <w:t>Students’ Commitment to Completing a Thesis in Pairs or Small Groups</w:t>
      </w:r>
    </w:p>
    <w:tbl>
      <w:tblPr>
        <w:tblW w:w="0" w:type="auto"/>
        <w:jc w:val="center"/>
        <w:tblBorders>
          <w:top w:val="single" w:sz="8" w:space="0" w:color="D9B44A"/>
          <w:left w:val="single" w:sz="8" w:space="0" w:color="D9B44A"/>
          <w:bottom w:val="single" w:sz="8" w:space="0" w:color="D9B44A"/>
          <w:right w:val="single" w:sz="8" w:space="0" w:color="D9B44A"/>
          <w:insideH w:val="single" w:sz="8" w:space="0" w:color="D9B44A"/>
          <w:insideV w:val="single" w:sz="8" w:space="0" w:color="D9B44A"/>
        </w:tblBorders>
        <w:tblLook w:val="04A0" w:firstRow="1" w:lastRow="0" w:firstColumn="1" w:lastColumn="0" w:noHBand="0" w:noVBand="1"/>
      </w:tblPr>
      <w:tblGrid>
        <w:gridCol w:w="9726"/>
      </w:tblGrid>
      <w:tr w:rsidR="006500F2" w14:paraId="220E8465" w14:textId="77777777">
        <w:trPr>
          <w:jc w:val="center"/>
        </w:trPr>
        <w:tc>
          <w:tcPr>
            <w:tcW w:w="9746" w:type="dxa"/>
            <w:shd w:val="clear" w:color="auto" w:fill="FFF7D6"/>
            <w:tcMar>
              <w:top w:w="120" w:type="dxa"/>
              <w:left w:w="120" w:type="dxa"/>
              <w:bottom w:w="120" w:type="dxa"/>
              <w:right w:w="120" w:type="dxa"/>
            </w:tcMar>
          </w:tcPr>
          <w:p w14:paraId="65813BA4" w14:textId="77777777" w:rsidR="006500F2" w:rsidRDefault="00B615F5">
            <w:pPr>
              <w:spacing w:after="80"/>
            </w:pPr>
            <w:r>
              <w:rPr>
                <w:b/>
              </w:rPr>
              <w:t>Instructions [remove this instruction section from the final completed letter of intent if not needed]:</w:t>
            </w:r>
          </w:p>
          <w:p w14:paraId="55595368" w14:textId="77777777" w:rsidR="003E5CB5" w:rsidRDefault="003E5CB5">
            <w:pPr>
              <w:spacing w:after="80"/>
            </w:pPr>
            <w:r w:rsidRPr="003E5CB5">
              <w:t>Students completing their thesis as pair or group work agree on the ground rules for the thesis process in a joint meeting.</w:t>
            </w:r>
          </w:p>
          <w:p w14:paraId="2762559A" w14:textId="3175DDEB" w:rsidR="006500F2" w:rsidRDefault="003E5CB5">
            <w:pPr>
              <w:spacing w:after="80"/>
            </w:pPr>
            <w:r>
              <w:t>These ground rules are solely between the students</w:t>
            </w:r>
            <w:r w:rsidR="008C1B70">
              <w:t>. The supervisor doesn’t take part in the discussions about the ground rules.</w:t>
            </w:r>
          </w:p>
          <w:p w14:paraId="027ACB91" w14:textId="79B39D3A" w:rsidR="006500F2" w:rsidRDefault="003E5CB5">
            <w:pPr>
              <w:spacing w:after="80"/>
            </w:pPr>
            <w:r>
              <w:t xml:space="preserve">The ground rules are not saved in </w:t>
            </w:r>
            <w:proofErr w:type="spellStart"/>
            <w:r>
              <w:t>Wihi</w:t>
            </w:r>
            <w:proofErr w:type="spellEnd"/>
            <w:r>
              <w:t xml:space="preserve"> and not shown to the supervisor.</w:t>
            </w:r>
          </w:p>
          <w:p w14:paraId="3BE02C41" w14:textId="528B9E6F" w:rsidR="006500F2" w:rsidRDefault="00B615F5">
            <w:pPr>
              <w:spacing w:after="80"/>
            </w:pPr>
            <w:r>
              <w:t xml:space="preserve">Students may approve </w:t>
            </w:r>
            <w:r w:rsidR="003E5CB5">
              <w:t>the ground rules in</w:t>
            </w:r>
            <w:r>
              <w:t xml:space="preserve"> the manner they choose, for example by confirming approval in a joint meeting or by circulating the document by email so that each person acknowledges the agreement with an “ok” reply.</w:t>
            </w:r>
          </w:p>
        </w:tc>
      </w:tr>
    </w:tbl>
    <w:p w14:paraId="21F9EBD0" w14:textId="77777777" w:rsidR="006500F2" w:rsidRDefault="006500F2"/>
    <w:p w14:paraId="0BD84B3B" w14:textId="530AE8BD" w:rsidR="006500F2" w:rsidRDefault="00B615F5">
      <w:r>
        <w:rPr>
          <w:b/>
        </w:rPr>
        <w:t>Commitment statement</w:t>
      </w:r>
      <w:r w:rsidR="00445C2A">
        <w:rPr>
          <w:b/>
        </w:rPr>
        <w:t>:</w:t>
      </w:r>
      <w:r>
        <w:rPr>
          <w:b/>
        </w:rPr>
        <w:t xml:space="preserve"> </w:t>
      </w:r>
      <w:r>
        <w:t xml:space="preserve">We, the students who have approved </w:t>
      </w:r>
      <w:r w:rsidR="003E5CB5">
        <w:t>these ground rules</w:t>
      </w:r>
      <w:r>
        <w:t>, commit ourselves to working on the thesis actively, responsibly, and according to the agreed schedule. We commit to participating in joint meetings, communicating without delay about progress and possible obstacles, and doing our best to ensure that the work is completed with the agreed scope and quality. We commit to respectful, constructive, and productive cooperation.</w:t>
      </w:r>
    </w:p>
    <w:p w14:paraId="03CAC08C" w14:textId="77777777" w:rsidR="006500F2" w:rsidRDefault="00B615F5">
      <w:pPr>
        <w:pStyle w:val="Heading1Custom"/>
        <w:spacing w:before="120" w:after="80"/>
      </w:pPr>
      <w:r>
        <w:t>1. Basic Information</w:t>
      </w:r>
    </w:p>
    <w:tbl>
      <w:tblPr>
        <w:tblW w:w="0" w:type="auto"/>
        <w:jc w:val="center"/>
        <w:tblBorders>
          <w:top w:val="single" w:sz="6" w:space="0" w:color="C9CED6"/>
          <w:left w:val="single" w:sz="6" w:space="0" w:color="C9CED6"/>
          <w:bottom w:val="single" w:sz="6" w:space="0" w:color="C9CED6"/>
          <w:right w:val="single" w:sz="6" w:space="0" w:color="C9CED6"/>
          <w:insideH w:val="single" w:sz="6" w:space="0" w:color="C9CED6"/>
          <w:insideV w:val="single" w:sz="6" w:space="0" w:color="C9CED6"/>
        </w:tblBorders>
        <w:tblLayout w:type="fixed"/>
        <w:tblLook w:val="04A0" w:firstRow="1" w:lastRow="0" w:firstColumn="1" w:lastColumn="0" w:noHBand="0" w:noVBand="1"/>
      </w:tblPr>
      <w:tblGrid>
        <w:gridCol w:w="3402"/>
        <w:gridCol w:w="5556"/>
      </w:tblGrid>
      <w:tr w:rsidR="006500F2" w14:paraId="11A90BCF" w14:textId="77777777">
        <w:trPr>
          <w:jc w:val="center"/>
        </w:trPr>
        <w:tc>
          <w:tcPr>
            <w:tcW w:w="3402" w:type="dxa"/>
            <w:shd w:val="clear" w:color="auto" w:fill="EEF3F8"/>
            <w:tcMar>
              <w:top w:w="90" w:type="dxa"/>
              <w:left w:w="100" w:type="dxa"/>
              <w:bottom w:w="90" w:type="dxa"/>
              <w:right w:w="100" w:type="dxa"/>
            </w:tcMar>
            <w:vAlign w:val="center"/>
          </w:tcPr>
          <w:p w14:paraId="1449717C" w14:textId="77777777" w:rsidR="006500F2" w:rsidRDefault="00B615F5">
            <w:r>
              <w:t xml:space="preserve">Higher education institution / degree </w:t>
            </w:r>
            <w:proofErr w:type="spellStart"/>
            <w:r>
              <w:t>programme</w:t>
            </w:r>
            <w:proofErr w:type="spellEnd"/>
          </w:p>
        </w:tc>
        <w:tc>
          <w:tcPr>
            <w:tcW w:w="5556" w:type="dxa"/>
            <w:tcMar>
              <w:top w:w="90" w:type="dxa"/>
              <w:left w:w="100" w:type="dxa"/>
              <w:bottom w:w="90" w:type="dxa"/>
              <w:right w:w="100" w:type="dxa"/>
            </w:tcMar>
            <w:vAlign w:val="center"/>
          </w:tcPr>
          <w:p w14:paraId="6093657B" w14:textId="77777777" w:rsidR="006500F2" w:rsidRDefault="00B615F5">
            <w:r>
              <w:t xml:space="preserve"> </w:t>
            </w:r>
          </w:p>
        </w:tc>
      </w:tr>
      <w:tr w:rsidR="006500F2" w14:paraId="47993CB1" w14:textId="77777777">
        <w:trPr>
          <w:jc w:val="center"/>
        </w:trPr>
        <w:tc>
          <w:tcPr>
            <w:tcW w:w="3402" w:type="dxa"/>
            <w:shd w:val="clear" w:color="auto" w:fill="EEF3F8"/>
            <w:tcMar>
              <w:top w:w="90" w:type="dxa"/>
              <w:left w:w="100" w:type="dxa"/>
              <w:bottom w:w="90" w:type="dxa"/>
              <w:right w:w="100" w:type="dxa"/>
            </w:tcMar>
            <w:vAlign w:val="center"/>
          </w:tcPr>
          <w:p w14:paraId="1D36BBCC" w14:textId="77777777" w:rsidR="006500F2" w:rsidRDefault="00B615F5">
            <w:r>
              <w:t>Title / working title of the thesis</w:t>
            </w:r>
          </w:p>
        </w:tc>
        <w:tc>
          <w:tcPr>
            <w:tcW w:w="5556" w:type="dxa"/>
            <w:tcMar>
              <w:top w:w="90" w:type="dxa"/>
              <w:left w:w="100" w:type="dxa"/>
              <w:bottom w:w="90" w:type="dxa"/>
              <w:right w:w="100" w:type="dxa"/>
            </w:tcMar>
            <w:vAlign w:val="center"/>
          </w:tcPr>
          <w:p w14:paraId="57CF5268" w14:textId="77777777" w:rsidR="006500F2" w:rsidRDefault="00B615F5">
            <w:r>
              <w:t xml:space="preserve"> </w:t>
            </w:r>
          </w:p>
        </w:tc>
      </w:tr>
      <w:tr w:rsidR="006500F2" w14:paraId="6A756C04" w14:textId="77777777">
        <w:trPr>
          <w:jc w:val="center"/>
        </w:trPr>
        <w:tc>
          <w:tcPr>
            <w:tcW w:w="3402" w:type="dxa"/>
            <w:shd w:val="clear" w:color="auto" w:fill="EEF3F8"/>
            <w:tcMar>
              <w:top w:w="90" w:type="dxa"/>
              <w:left w:w="100" w:type="dxa"/>
              <w:bottom w:w="90" w:type="dxa"/>
              <w:right w:w="100" w:type="dxa"/>
            </w:tcMar>
            <w:vAlign w:val="center"/>
          </w:tcPr>
          <w:p w14:paraId="5CBA3521" w14:textId="77777777" w:rsidR="006500F2" w:rsidRDefault="00B615F5">
            <w:r>
              <w:t>Supervisor</w:t>
            </w:r>
          </w:p>
        </w:tc>
        <w:tc>
          <w:tcPr>
            <w:tcW w:w="5556" w:type="dxa"/>
            <w:tcMar>
              <w:top w:w="90" w:type="dxa"/>
              <w:left w:w="100" w:type="dxa"/>
              <w:bottom w:w="90" w:type="dxa"/>
              <w:right w:w="100" w:type="dxa"/>
            </w:tcMar>
            <w:vAlign w:val="center"/>
          </w:tcPr>
          <w:p w14:paraId="6E95233A" w14:textId="77777777" w:rsidR="006500F2" w:rsidRDefault="00B615F5">
            <w:r>
              <w:t xml:space="preserve"> </w:t>
            </w:r>
          </w:p>
        </w:tc>
      </w:tr>
      <w:tr w:rsidR="006500F2" w14:paraId="70CF08FE" w14:textId="77777777">
        <w:trPr>
          <w:jc w:val="center"/>
        </w:trPr>
        <w:tc>
          <w:tcPr>
            <w:tcW w:w="3402" w:type="dxa"/>
            <w:shd w:val="clear" w:color="auto" w:fill="EEF3F8"/>
            <w:tcMar>
              <w:top w:w="90" w:type="dxa"/>
              <w:left w:w="100" w:type="dxa"/>
              <w:bottom w:w="90" w:type="dxa"/>
              <w:right w:w="100" w:type="dxa"/>
            </w:tcMar>
            <w:vAlign w:val="center"/>
          </w:tcPr>
          <w:p w14:paraId="35BDD0B6" w14:textId="77777777" w:rsidR="006500F2" w:rsidRDefault="00B615F5">
            <w:r>
              <w:t>Commissioning party</w:t>
            </w:r>
          </w:p>
        </w:tc>
        <w:tc>
          <w:tcPr>
            <w:tcW w:w="5556" w:type="dxa"/>
            <w:tcMar>
              <w:top w:w="90" w:type="dxa"/>
              <w:left w:w="100" w:type="dxa"/>
              <w:bottom w:w="90" w:type="dxa"/>
              <w:right w:w="100" w:type="dxa"/>
            </w:tcMar>
            <w:vAlign w:val="center"/>
          </w:tcPr>
          <w:p w14:paraId="4DFCA83D" w14:textId="77777777" w:rsidR="006500F2" w:rsidRDefault="00B615F5">
            <w:r>
              <w:t xml:space="preserve"> </w:t>
            </w:r>
          </w:p>
        </w:tc>
      </w:tr>
      <w:tr w:rsidR="006500F2" w14:paraId="3CDAA174" w14:textId="77777777">
        <w:trPr>
          <w:jc w:val="center"/>
        </w:trPr>
        <w:tc>
          <w:tcPr>
            <w:tcW w:w="3402" w:type="dxa"/>
            <w:shd w:val="clear" w:color="auto" w:fill="EEF3F8"/>
            <w:tcMar>
              <w:top w:w="90" w:type="dxa"/>
              <w:left w:w="100" w:type="dxa"/>
              <w:bottom w:w="90" w:type="dxa"/>
              <w:right w:w="100" w:type="dxa"/>
            </w:tcMar>
            <w:vAlign w:val="center"/>
          </w:tcPr>
          <w:p w14:paraId="5198FA80" w14:textId="77777777" w:rsidR="006500F2" w:rsidRDefault="00B615F5">
            <w:r>
              <w:t>Date of agreement</w:t>
            </w:r>
          </w:p>
        </w:tc>
        <w:tc>
          <w:tcPr>
            <w:tcW w:w="5556" w:type="dxa"/>
            <w:tcMar>
              <w:top w:w="90" w:type="dxa"/>
              <w:left w:w="100" w:type="dxa"/>
              <w:bottom w:w="90" w:type="dxa"/>
              <w:right w:w="100" w:type="dxa"/>
            </w:tcMar>
            <w:vAlign w:val="center"/>
          </w:tcPr>
          <w:p w14:paraId="74CECEA6" w14:textId="77777777" w:rsidR="006500F2" w:rsidRDefault="00B615F5">
            <w:r>
              <w:t xml:space="preserve"> </w:t>
            </w:r>
          </w:p>
        </w:tc>
      </w:tr>
    </w:tbl>
    <w:p w14:paraId="2A70AF64" w14:textId="77777777" w:rsidR="006500F2" w:rsidRDefault="00B615F5">
      <w:pPr>
        <w:pStyle w:val="Heading1Custom"/>
        <w:spacing w:before="120" w:after="80"/>
      </w:pPr>
      <w:r>
        <w:t>2. Parties (Students)</w:t>
      </w:r>
    </w:p>
    <w:tbl>
      <w:tblPr>
        <w:tblW w:w="0" w:type="auto"/>
        <w:jc w:val="center"/>
        <w:tblBorders>
          <w:top w:val="single" w:sz="6" w:space="0" w:color="C9CED6"/>
          <w:left w:val="single" w:sz="6" w:space="0" w:color="C9CED6"/>
          <w:bottom w:val="single" w:sz="6" w:space="0" w:color="C9CED6"/>
          <w:right w:val="single" w:sz="6" w:space="0" w:color="C9CED6"/>
          <w:insideH w:val="single" w:sz="6" w:space="0" w:color="C9CED6"/>
          <w:insideV w:val="single" w:sz="6" w:space="0" w:color="C9CED6"/>
        </w:tblBorders>
        <w:tblLayout w:type="fixed"/>
        <w:tblLook w:val="04A0" w:firstRow="1" w:lastRow="0" w:firstColumn="1" w:lastColumn="0" w:noHBand="0" w:noVBand="1"/>
      </w:tblPr>
      <w:tblGrid>
        <w:gridCol w:w="4873"/>
        <w:gridCol w:w="4873"/>
      </w:tblGrid>
      <w:tr w:rsidR="006500F2" w14:paraId="4F9DD68C" w14:textId="77777777">
        <w:trPr>
          <w:jc w:val="center"/>
        </w:trPr>
        <w:tc>
          <w:tcPr>
            <w:tcW w:w="4873" w:type="dxa"/>
            <w:shd w:val="clear" w:color="auto" w:fill="DCE6F1"/>
            <w:tcMar>
              <w:top w:w="90" w:type="dxa"/>
              <w:left w:w="100" w:type="dxa"/>
              <w:bottom w:w="90" w:type="dxa"/>
              <w:right w:w="100" w:type="dxa"/>
            </w:tcMar>
          </w:tcPr>
          <w:p w14:paraId="40055769" w14:textId="77777777" w:rsidR="006500F2" w:rsidRDefault="00B615F5">
            <w:r>
              <w:t>Name</w:t>
            </w:r>
          </w:p>
        </w:tc>
        <w:tc>
          <w:tcPr>
            <w:tcW w:w="4873" w:type="dxa"/>
            <w:shd w:val="clear" w:color="auto" w:fill="DCE6F1"/>
            <w:tcMar>
              <w:top w:w="90" w:type="dxa"/>
              <w:left w:w="100" w:type="dxa"/>
              <w:bottom w:w="90" w:type="dxa"/>
              <w:right w:w="100" w:type="dxa"/>
            </w:tcMar>
          </w:tcPr>
          <w:p w14:paraId="27F726F2" w14:textId="77777777" w:rsidR="006500F2" w:rsidRDefault="00B615F5">
            <w:r>
              <w:t>Email</w:t>
            </w:r>
          </w:p>
        </w:tc>
      </w:tr>
      <w:tr w:rsidR="006500F2" w14:paraId="7B27F522" w14:textId="77777777">
        <w:trPr>
          <w:jc w:val="center"/>
        </w:trPr>
        <w:tc>
          <w:tcPr>
            <w:tcW w:w="4873" w:type="dxa"/>
            <w:tcMar>
              <w:top w:w="90" w:type="dxa"/>
              <w:left w:w="100" w:type="dxa"/>
              <w:bottom w:w="90" w:type="dxa"/>
              <w:right w:w="100" w:type="dxa"/>
            </w:tcMar>
          </w:tcPr>
          <w:p w14:paraId="753CA162" w14:textId="77777777" w:rsidR="006500F2" w:rsidRDefault="00B615F5">
            <w:r>
              <w:t xml:space="preserve"> </w:t>
            </w:r>
          </w:p>
        </w:tc>
        <w:tc>
          <w:tcPr>
            <w:tcW w:w="4873" w:type="dxa"/>
            <w:tcMar>
              <w:top w:w="90" w:type="dxa"/>
              <w:left w:w="100" w:type="dxa"/>
              <w:bottom w:w="90" w:type="dxa"/>
              <w:right w:w="100" w:type="dxa"/>
            </w:tcMar>
          </w:tcPr>
          <w:p w14:paraId="3208155A" w14:textId="77777777" w:rsidR="006500F2" w:rsidRDefault="00B615F5">
            <w:r>
              <w:t xml:space="preserve"> </w:t>
            </w:r>
          </w:p>
        </w:tc>
      </w:tr>
      <w:tr w:rsidR="006500F2" w14:paraId="7FBED286" w14:textId="77777777">
        <w:trPr>
          <w:jc w:val="center"/>
        </w:trPr>
        <w:tc>
          <w:tcPr>
            <w:tcW w:w="4873" w:type="dxa"/>
            <w:tcMar>
              <w:top w:w="90" w:type="dxa"/>
              <w:left w:w="100" w:type="dxa"/>
              <w:bottom w:w="90" w:type="dxa"/>
              <w:right w:w="100" w:type="dxa"/>
            </w:tcMar>
          </w:tcPr>
          <w:p w14:paraId="46F41894" w14:textId="77777777" w:rsidR="006500F2" w:rsidRDefault="00B615F5">
            <w:r>
              <w:lastRenderedPageBreak/>
              <w:t xml:space="preserve"> </w:t>
            </w:r>
          </w:p>
        </w:tc>
        <w:tc>
          <w:tcPr>
            <w:tcW w:w="4873" w:type="dxa"/>
            <w:tcMar>
              <w:top w:w="90" w:type="dxa"/>
              <w:left w:w="100" w:type="dxa"/>
              <w:bottom w:w="90" w:type="dxa"/>
              <w:right w:w="100" w:type="dxa"/>
            </w:tcMar>
          </w:tcPr>
          <w:p w14:paraId="1D5FD017" w14:textId="77777777" w:rsidR="006500F2" w:rsidRDefault="00B615F5">
            <w:r>
              <w:t xml:space="preserve"> </w:t>
            </w:r>
          </w:p>
        </w:tc>
      </w:tr>
      <w:tr w:rsidR="006500F2" w14:paraId="1CB30E4B" w14:textId="77777777">
        <w:trPr>
          <w:jc w:val="center"/>
        </w:trPr>
        <w:tc>
          <w:tcPr>
            <w:tcW w:w="4873" w:type="dxa"/>
            <w:tcMar>
              <w:top w:w="90" w:type="dxa"/>
              <w:left w:w="100" w:type="dxa"/>
              <w:bottom w:w="90" w:type="dxa"/>
              <w:right w:w="100" w:type="dxa"/>
            </w:tcMar>
          </w:tcPr>
          <w:p w14:paraId="569F6C85" w14:textId="77777777" w:rsidR="006500F2" w:rsidRDefault="00B615F5">
            <w:r>
              <w:t xml:space="preserve"> </w:t>
            </w:r>
          </w:p>
        </w:tc>
        <w:tc>
          <w:tcPr>
            <w:tcW w:w="4873" w:type="dxa"/>
            <w:tcMar>
              <w:top w:w="90" w:type="dxa"/>
              <w:left w:w="100" w:type="dxa"/>
              <w:bottom w:w="90" w:type="dxa"/>
              <w:right w:w="100" w:type="dxa"/>
            </w:tcMar>
          </w:tcPr>
          <w:p w14:paraId="3D12FE50" w14:textId="77777777" w:rsidR="006500F2" w:rsidRDefault="00B615F5">
            <w:r>
              <w:t xml:space="preserve"> </w:t>
            </w:r>
          </w:p>
        </w:tc>
      </w:tr>
    </w:tbl>
    <w:p w14:paraId="1C3814D0" w14:textId="77777777" w:rsidR="006500F2" w:rsidRDefault="00B615F5">
      <w:pPr>
        <w:pStyle w:val="Heading1Custom"/>
        <w:spacing w:before="120" w:after="80"/>
      </w:pPr>
      <w:r>
        <w:t>3. Short Description of the Objective and Scope of the Work</w:t>
      </w:r>
    </w:p>
    <w:p w14:paraId="2E832091" w14:textId="77777777" w:rsidR="006500F2" w:rsidRDefault="00B615F5">
      <w:pPr>
        <w:spacing w:after="20"/>
      </w:pPr>
      <w:r>
        <w:t>................................................................................................................................................</w:t>
      </w:r>
    </w:p>
    <w:p w14:paraId="77852C92" w14:textId="77777777" w:rsidR="006500F2" w:rsidRDefault="00B615F5">
      <w:pPr>
        <w:spacing w:after="20"/>
      </w:pPr>
      <w:r>
        <w:t>................................................................................................................................................</w:t>
      </w:r>
    </w:p>
    <w:p w14:paraId="4B0BCB55" w14:textId="77777777" w:rsidR="006500F2" w:rsidRDefault="00B615F5">
      <w:pPr>
        <w:spacing w:after="20"/>
      </w:pPr>
      <w:r>
        <w:t>................................................................................................................................................</w:t>
      </w:r>
    </w:p>
    <w:p w14:paraId="1E84641B" w14:textId="77777777" w:rsidR="006500F2" w:rsidRDefault="00B615F5">
      <w:pPr>
        <w:spacing w:after="20"/>
      </w:pPr>
      <w:r>
        <w:t>................................................................................................................................................</w:t>
      </w:r>
    </w:p>
    <w:p w14:paraId="58012CAF" w14:textId="77777777" w:rsidR="006500F2" w:rsidRDefault="00B615F5">
      <w:pPr>
        <w:pStyle w:val="Heading1Custom"/>
        <w:spacing w:before="120" w:after="80"/>
      </w:pPr>
      <w:r>
        <w:t>4. Working Methods and Communication</w:t>
      </w:r>
    </w:p>
    <w:tbl>
      <w:tblPr>
        <w:tblW w:w="0" w:type="auto"/>
        <w:jc w:val="center"/>
        <w:tblBorders>
          <w:top w:val="single" w:sz="6" w:space="0" w:color="C9CED6"/>
          <w:left w:val="single" w:sz="6" w:space="0" w:color="C9CED6"/>
          <w:bottom w:val="single" w:sz="6" w:space="0" w:color="C9CED6"/>
          <w:right w:val="single" w:sz="6" w:space="0" w:color="C9CED6"/>
          <w:insideH w:val="single" w:sz="6" w:space="0" w:color="C9CED6"/>
          <w:insideV w:val="single" w:sz="6" w:space="0" w:color="C9CED6"/>
        </w:tblBorders>
        <w:tblLayout w:type="fixed"/>
        <w:tblLook w:val="04A0" w:firstRow="1" w:lastRow="0" w:firstColumn="1" w:lastColumn="0" w:noHBand="0" w:noVBand="1"/>
      </w:tblPr>
      <w:tblGrid>
        <w:gridCol w:w="3402"/>
        <w:gridCol w:w="5556"/>
      </w:tblGrid>
      <w:tr w:rsidR="006500F2" w14:paraId="147CD8C4" w14:textId="77777777">
        <w:trPr>
          <w:jc w:val="center"/>
        </w:trPr>
        <w:tc>
          <w:tcPr>
            <w:tcW w:w="3402" w:type="dxa"/>
            <w:shd w:val="clear" w:color="auto" w:fill="EEF3F8"/>
            <w:tcMar>
              <w:top w:w="90" w:type="dxa"/>
              <w:left w:w="100" w:type="dxa"/>
              <w:bottom w:w="90" w:type="dxa"/>
              <w:right w:w="100" w:type="dxa"/>
            </w:tcMar>
          </w:tcPr>
          <w:p w14:paraId="401C1D5A" w14:textId="77777777" w:rsidR="006500F2" w:rsidRDefault="00B615F5">
            <w:r>
              <w:t>Primary communication channel</w:t>
            </w:r>
          </w:p>
        </w:tc>
        <w:tc>
          <w:tcPr>
            <w:tcW w:w="5556" w:type="dxa"/>
            <w:tcMar>
              <w:top w:w="90" w:type="dxa"/>
              <w:left w:w="100" w:type="dxa"/>
              <w:bottom w:w="90" w:type="dxa"/>
              <w:right w:w="100" w:type="dxa"/>
            </w:tcMar>
          </w:tcPr>
          <w:p w14:paraId="119ECF21" w14:textId="77777777" w:rsidR="006500F2" w:rsidRDefault="00B615F5">
            <w:r>
              <w:t>☐</w:t>
            </w:r>
            <w:r>
              <w:t xml:space="preserve"> Teams    ☐ WhatsApp    ☐ Email    ☐ Other: __________________________</w:t>
            </w:r>
          </w:p>
        </w:tc>
      </w:tr>
      <w:tr w:rsidR="006500F2" w14:paraId="5100AEBC" w14:textId="77777777">
        <w:trPr>
          <w:jc w:val="center"/>
        </w:trPr>
        <w:tc>
          <w:tcPr>
            <w:tcW w:w="3402" w:type="dxa"/>
            <w:shd w:val="clear" w:color="auto" w:fill="EEF3F8"/>
            <w:tcMar>
              <w:top w:w="90" w:type="dxa"/>
              <w:left w:w="100" w:type="dxa"/>
              <w:bottom w:w="90" w:type="dxa"/>
              <w:right w:w="100" w:type="dxa"/>
            </w:tcMar>
          </w:tcPr>
          <w:p w14:paraId="14949E63" w14:textId="77777777" w:rsidR="006500F2" w:rsidRDefault="00B615F5">
            <w:r>
              <w:t>Shared workspaces</w:t>
            </w:r>
          </w:p>
        </w:tc>
        <w:tc>
          <w:tcPr>
            <w:tcW w:w="5556" w:type="dxa"/>
            <w:tcMar>
              <w:top w:w="90" w:type="dxa"/>
              <w:left w:w="100" w:type="dxa"/>
              <w:bottom w:w="90" w:type="dxa"/>
              <w:right w:w="100" w:type="dxa"/>
            </w:tcMar>
          </w:tcPr>
          <w:p w14:paraId="248D04DF" w14:textId="77777777" w:rsidR="006500F2" w:rsidRDefault="00B615F5">
            <w:r>
              <w:t>________________________________________________________________________</w:t>
            </w:r>
          </w:p>
        </w:tc>
      </w:tr>
      <w:tr w:rsidR="006500F2" w14:paraId="520ADC7C" w14:textId="77777777">
        <w:trPr>
          <w:jc w:val="center"/>
        </w:trPr>
        <w:tc>
          <w:tcPr>
            <w:tcW w:w="3402" w:type="dxa"/>
            <w:shd w:val="clear" w:color="auto" w:fill="EEF3F8"/>
            <w:tcMar>
              <w:top w:w="90" w:type="dxa"/>
              <w:left w:w="100" w:type="dxa"/>
              <w:bottom w:w="90" w:type="dxa"/>
              <w:right w:w="100" w:type="dxa"/>
            </w:tcMar>
          </w:tcPr>
          <w:p w14:paraId="223C4654" w14:textId="77777777" w:rsidR="006500F2" w:rsidRDefault="00B615F5">
            <w:r>
              <w:t>Meeting frequency</w:t>
            </w:r>
          </w:p>
        </w:tc>
        <w:tc>
          <w:tcPr>
            <w:tcW w:w="5556" w:type="dxa"/>
            <w:tcMar>
              <w:top w:w="90" w:type="dxa"/>
              <w:left w:w="100" w:type="dxa"/>
              <w:bottom w:w="90" w:type="dxa"/>
              <w:right w:w="100" w:type="dxa"/>
            </w:tcMar>
          </w:tcPr>
          <w:p w14:paraId="7D62CACC" w14:textId="77777777" w:rsidR="006500F2" w:rsidRDefault="00B615F5">
            <w:r>
              <w:t>☐</w:t>
            </w:r>
            <w:r>
              <w:t xml:space="preserve"> Weekly    ☐ Every other week    ☐ Other: _____________________________</w:t>
            </w:r>
          </w:p>
        </w:tc>
      </w:tr>
      <w:tr w:rsidR="006500F2" w14:paraId="72AD4A92" w14:textId="77777777">
        <w:trPr>
          <w:jc w:val="center"/>
        </w:trPr>
        <w:tc>
          <w:tcPr>
            <w:tcW w:w="3402" w:type="dxa"/>
            <w:shd w:val="clear" w:color="auto" w:fill="EEF3F8"/>
            <w:tcMar>
              <w:top w:w="90" w:type="dxa"/>
              <w:left w:w="100" w:type="dxa"/>
              <w:bottom w:w="90" w:type="dxa"/>
              <w:right w:w="100" w:type="dxa"/>
            </w:tcMar>
          </w:tcPr>
          <w:p w14:paraId="05B95BF0" w14:textId="77777777" w:rsidR="006500F2" w:rsidRDefault="00B615F5">
            <w:r>
              <w:t>Preferred meeting day(s) and time(s)</w:t>
            </w:r>
          </w:p>
        </w:tc>
        <w:tc>
          <w:tcPr>
            <w:tcW w:w="5556" w:type="dxa"/>
            <w:tcMar>
              <w:top w:w="90" w:type="dxa"/>
              <w:left w:w="100" w:type="dxa"/>
              <w:bottom w:w="90" w:type="dxa"/>
              <w:right w:w="100" w:type="dxa"/>
            </w:tcMar>
          </w:tcPr>
          <w:p w14:paraId="3308C654" w14:textId="77777777" w:rsidR="006500F2" w:rsidRDefault="00B615F5">
            <w:r>
              <w:t>________________________________________________________________________</w:t>
            </w:r>
          </w:p>
        </w:tc>
      </w:tr>
      <w:tr w:rsidR="006500F2" w14:paraId="279B35AA" w14:textId="77777777">
        <w:trPr>
          <w:jc w:val="center"/>
        </w:trPr>
        <w:tc>
          <w:tcPr>
            <w:tcW w:w="3402" w:type="dxa"/>
            <w:shd w:val="clear" w:color="auto" w:fill="EEF3F8"/>
            <w:tcMar>
              <w:top w:w="90" w:type="dxa"/>
              <w:left w:w="100" w:type="dxa"/>
              <w:bottom w:w="90" w:type="dxa"/>
              <w:right w:w="100" w:type="dxa"/>
            </w:tcMar>
          </w:tcPr>
          <w:p w14:paraId="7D12BCDE" w14:textId="77777777" w:rsidR="006500F2" w:rsidRDefault="00B615F5">
            <w:r>
              <w:t>Response time to messages</w:t>
            </w:r>
          </w:p>
        </w:tc>
        <w:tc>
          <w:tcPr>
            <w:tcW w:w="5556" w:type="dxa"/>
            <w:tcMar>
              <w:top w:w="90" w:type="dxa"/>
              <w:left w:w="100" w:type="dxa"/>
              <w:bottom w:w="90" w:type="dxa"/>
              <w:right w:w="100" w:type="dxa"/>
            </w:tcMar>
          </w:tcPr>
          <w:p w14:paraId="52E49E56" w14:textId="77777777" w:rsidR="006500F2" w:rsidRDefault="00B615F5">
            <w:r>
              <w:t>Messages will generally be responded to within ______ working day(s).</w:t>
            </w:r>
          </w:p>
        </w:tc>
      </w:tr>
    </w:tbl>
    <w:p w14:paraId="08668E3B" w14:textId="77777777" w:rsidR="006500F2" w:rsidRDefault="00B615F5">
      <w:pPr>
        <w:pStyle w:val="Heading1Custom"/>
        <w:spacing w:before="120" w:after="80"/>
      </w:pPr>
      <w:r>
        <w:t>5. Tasks and Division of Responsibilities</w:t>
      </w:r>
    </w:p>
    <w:p w14:paraId="616B2E3F" w14:textId="4EA69943" w:rsidR="006500F2" w:rsidRDefault="00B615F5">
      <w:pPr>
        <w:spacing w:after="100"/>
      </w:pPr>
      <w:r>
        <w:rPr>
          <w:b/>
        </w:rPr>
        <w:t>Principle for workload distribution</w:t>
      </w:r>
      <w:r w:rsidR="00445C2A">
        <w:rPr>
          <w:b/>
        </w:rPr>
        <w:t>:</w:t>
      </w:r>
      <w:r>
        <w:rPr>
          <w:b/>
        </w:rPr>
        <w:t xml:space="preserve"> </w:t>
      </w:r>
      <w:r>
        <w:t>We aim to divide the workload as evenly as possible in relation to study credits and competence. Everyone is jointly responsible for the whole, but primary responsibilities help clarify the work.</w:t>
      </w:r>
    </w:p>
    <w:tbl>
      <w:tblPr>
        <w:tblW w:w="0" w:type="auto"/>
        <w:jc w:val="center"/>
        <w:tblBorders>
          <w:top w:val="single" w:sz="6" w:space="0" w:color="C9CED6"/>
          <w:left w:val="single" w:sz="6" w:space="0" w:color="C9CED6"/>
          <w:bottom w:val="single" w:sz="6" w:space="0" w:color="C9CED6"/>
          <w:right w:val="single" w:sz="6" w:space="0" w:color="C9CED6"/>
          <w:insideH w:val="single" w:sz="6" w:space="0" w:color="C9CED6"/>
          <w:insideV w:val="single" w:sz="6" w:space="0" w:color="C9CED6"/>
        </w:tblBorders>
        <w:tblLayout w:type="fixed"/>
        <w:tblLook w:val="04A0" w:firstRow="1" w:lastRow="0" w:firstColumn="1" w:lastColumn="0" w:noHBand="0" w:noVBand="1"/>
      </w:tblPr>
      <w:tblGrid>
        <w:gridCol w:w="3249"/>
        <w:gridCol w:w="3249"/>
        <w:gridCol w:w="3249"/>
      </w:tblGrid>
      <w:tr w:rsidR="006500F2" w14:paraId="487DAB9A" w14:textId="77777777">
        <w:trPr>
          <w:jc w:val="center"/>
        </w:trPr>
        <w:tc>
          <w:tcPr>
            <w:tcW w:w="3249" w:type="dxa"/>
            <w:shd w:val="clear" w:color="auto" w:fill="DCE6F1"/>
            <w:tcMar>
              <w:top w:w="90" w:type="dxa"/>
              <w:left w:w="100" w:type="dxa"/>
              <w:bottom w:w="90" w:type="dxa"/>
              <w:right w:w="100" w:type="dxa"/>
            </w:tcMar>
          </w:tcPr>
          <w:p w14:paraId="67DA054B" w14:textId="77777777" w:rsidR="006500F2" w:rsidRDefault="00B615F5">
            <w:r>
              <w:t>Student</w:t>
            </w:r>
          </w:p>
        </w:tc>
        <w:tc>
          <w:tcPr>
            <w:tcW w:w="3249" w:type="dxa"/>
            <w:shd w:val="clear" w:color="auto" w:fill="DCE6F1"/>
            <w:tcMar>
              <w:top w:w="90" w:type="dxa"/>
              <w:left w:w="100" w:type="dxa"/>
              <w:bottom w:w="90" w:type="dxa"/>
              <w:right w:w="100" w:type="dxa"/>
            </w:tcMar>
          </w:tcPr>
          <w:p w14:paraId="320A095B" w14:textId="77777777" w:rsidR="006500F2" w:rsidRDefault="00B615F5">
            <w:r>
              <w:t>Tasks</w:t>
            </w:r>
          </w:p>
        </w:tc>
        <w:tc>
          <w:tcPr>
            <w:tcW w:w="3249" w:type="dxa"/>
            <w:shd w:val="clear" w:color="auto" w:fill="DCE6F1"/>
            <w:tcMar>
              <w:top w:w="90" w:type="dxa"/>
              <w:left w:w="100" w:type="dxa"/>
              <w:bottom w:w="90" w:type="dxa"/>
              <w:right w:w="100" w:type="dxa"/>
            </w:tcMar>
          </w:tcPr>
          <w:p w14:paraId="4615AC3E" w14:textId="77777777" w:rsidR="006500F2" w:rsidRDefault="00B615F5">
            <w:r>
              <w:t>Main Responsibilities</w:t>
            </w:r>
          </w:p>
        </w:tc>
      </w:tr>
      <w:tr w:rsidR="006500F2" w14:paraId="2EC7D6F9" w14:textId="77777777">
        <w:trPr>
          <w:jc w:val="center"/>
        </w:trPr>
        <w:tc>
          <w:tcPr>
            <w:tcW w:w="3249" w:type="dxa"/>
            <w:tcMar>
              <w:top w:w="90" w:type="dxa"/>
              <w:left w:w="100" w:type="dxa"/>
              <w:bottom w:w="90" w:type="dxa"/>
              <w:right w:w="100" w:type="dxa"/>
            </w:tcMar>
          </w:tcPr>
          <w:p w14:paraId="182D0E10" w14:textId="77777777" w:rsidR="006500F2" w:rsidRDefault="00B615F5">
            <w:r>
              <w:t xml:space="preserve"> </w:t>
            </w:r>
          </w:p>
        </w:tc>
        <w:tc>
          <w:tcPr>
            <w:tcW w:w="3249" w:type="dxa"/>
            <w:tcMar>
              <w:top w:w="90" w:type="dxa"/>
              <w:left w:w="100" w:type="dxa"/>
              <w:bottom w:w="90" w:type="dxa"/>
              <w:right w:w="100" w:type="dxa"/>
            </w:tcMar>
          </w:tcPr>
          <w:p w14:paraId="13812A7F" w14:textId="77777777" w:rsidR="006500F2" w:rsidRDefault="00B615F5">
            <w:r>
              <w:t xml:space="preserve"> </w:t>
            </w:r>
          </w:p>
        </w:tc>
        <w:tc>
          <w:tcPr>
            <w:tcW w:w="3249" w:type="dxa"/>
            <w:tcMar>
              <w:top w:w="90" w:type="dxa"/>
              <w:left w:w="100" w:type="dxa"/>
              <w:bottom w:w="90" w:type="dxa"/>
              <w:right w:w="100" w:type="dxa"/>
            </w:tcMar>
          </w:tcPr>
          <w:p w14:paraId="5D4803D4" w14:textId="77777777" w:rsidR="006500F2" w:rsidRDefault="00B615F5">
            <w:r>
              <w:t xml:space="preserve"> </w:t>
            </w:r>
          </w:p>
        </w:tc>
      </w:tr>
      <w:tr w:rsidR="006500F2" w14:paraId="4E1EBC96" w14:textId="77777777">
        <w:trPr>
          <w:jc w:val="center"/>
        </w:trPr>
        <w:tc>
          <w:tcPr>
            <w:tcW w:w="3249" w:type="dxa"/>
            <w:tcMar>
              <w:top w:w="90" w:type="dxa"/>
              <w:left w:w="100" w:type="dxa"/>
              <w:bottom w:w="90" w:type="dxa"/>
              <w:right w:w="100" w:type="dxa"/>
            </w:tcMar>
          </w:tcPr>
          <w:p w14:paraId="438EEB12" w14:textId="77777777" w:rsidR="006500F2" w:rsidRDefault="00B615F5">
            <w:r>
              <w:t xml:space="preserve"> </w:t>
            </w:r>
          </w:p>
        </w:tc>
        <w:tc>
          <w:tcPr>
            <w:tcW w:w="3249" w:type="dxa"/>
            <w:tcMar>
              <w:top w:w="90" w:type="dxa"/>
              <w:left w:w="100" w:type="dxa"/>
              <w:bottom w:w="90" w:type="dxa"/>
              <w:right w:w="100" w:type="dxa"/>
            </w:tcMar>
          </w:tcPr>
          <w:p w14:paraId="5CDCD87F" w14:textId="77777777" w:rsidR="006500F2" w:rsidRDefault="00B615F5">
            <w:r>
              <w:t xml:space="preserve"> </w:t>
            </w:r>
          </w:p>
        </w:tc>
        <w:tc>
          <w:tcPr>
            <w:tcW w:w="3249" w:type="dxa"/>
            <w:tcMar>
              <w:top w:w="90" w:type="dxa"/>
              <w:left w:w="100" w:type="dxa"/>
              <w:bottom w:w="90" w:type="dxa"/>
              <w:right w:w="100" w:type="dxa"/>
            </w:tcMar>
          </w:tcPr>
          <w:p w14:paraId="1F6A5A81" w14:textId="77777777" w:rsidR="006500F2" w:rsidRDefault="00B615F5">
            <w:r>
              <w:t xml:space="preserve"> </w:t>
            </w:r>
          </w:p>
        </w:tc>
      </w:tr>
      <w:tr w:rsidR="006500F2" w14:paraId="299CADCD" w14:textId="77777777">
        <w:trPr>
          <w:jc w:val="center"/>
        </w:trPr>
        <w:tc>
          <w:tcPr>
            <w:tcW w:w="3249" w:type="dxa"/>
            <w:tcMar>
              <w:top w:w="90" w:type="dxa"/>
              <w:left w:w="100" w:type="dxa"/>
              <w:bottom w:w="90" w:type="dxa"/>
              <w:right w:w="100" w:type="dxa"/>
            </w:tcMar>
          </w:tcPr>
          <w:p w14:paraId="0C35A967" w14:textId="77777777" w:rsidR="006500F2" w:rsidRDefault="00B615F5">
            <w:r>
              <w:t xml:space="preserve"> </w:t>
            </w:r>
          </w:p>
        </w:tc>
        <w:tc>
          <w:tcPr>
            <w:tcW w:w="3249" w:type="dxa"/>
            <w:tcMar>
              <w:top w:w="90" w:type="dxa"/>
              <w:left w:w="100" w:type="dxa"/>
              <w:bottom w:w="90" w:type="dxa"/>
              <w:right w:w="100" w:type="dxa"/>
            </w:tcMar>
          </w:tcPr>
          <w:p w14:paraId="01B07EE8" w14:textId="77777777" w:rsidR="006500F2" w:rsidRDefault="00B615F5">
            <w:r>
              <w:t xml:space="preserve"> </w:t>
            </w:r>
          </w:p>
        </w:tc>
        <w:tc>
          <w:tcPr>
            <w:tcW w:w="3249" w:type="dxa"/>
            <w:tcMar>
              <w:top w:w="90" w:type="dxa"/>
              <w:left w:w="100" w:type="dxa"/>
              <w:bottom w:w="90" w:type="dxa"/>
              <w:right w:w="100" w:type="dxa"/>
            </w:tcMar>
          </w:tcPr>
          <w:p w14:paraId="6B013D61" w14:textId="77777777" w:rsidR="006500F2" w:rsidRDefault="00B615F5">
            <w:r>
              <w:t xml:space="preserve"> </w:t>
            </w:r>
          </w:p>
        </w:tc>
      </w:tr>
    </w:tbl>
    <w:p w14:paraId="7AC449BE" w14:textId="77777777" w:rsidR="006500F2" w:rsidRDefault="00B615F5">
      <w:pPr>
        <w:pStyle w:val="Heading1Custom"/>
        <w:spacing w:before="120" w:after="80"/>
      </w:pPr>
      <w:r>
        <w:lastRenderedPageBreak/>
        <w:t>6. Schedule</w:t>
      </w:r>
    </w:p>
    <w:tbl>
      <w:tblPr>
        <w:tblW w:w="0" w:type="auto"/>
        <w:jc w:val="center"/>
        <w:tblBorders>
          <w:top w:val="single" w:sz="6" w:space="0" w:color="C9CED6"/>
          <w:left w:val="single" w:sz="6" w:space="0" w:color="C9CED6"/>
          <w:bottom w:val="single" w:sz="6" w:space="0" w:color="C9CED6"/>
          <w:right w:val="single" w:sz="6" w:space="0" w:color="C9CED6"/>
          <w:insideH w:val="single" w:sz="6" w:space="0" w:color="C9CED6"/>
          <w:insideV w:val="single" w:sz="6" w:space="0" w:color="C9CED6"/>
        </w:tblBorders>
        <w:tblLayout w:type="fixed"/>
        <w:tblLook w:val="04A0" w:firstRow="1" w:lastRow="0" w:firstColumn="1" w:lastColumn="0" w:noHBand="0" w:noVBand="1"/>
      </w:tblPr>
      <w:tblGrid>
        <w:gridCol w:w="5102"/>
        <w:gridCol w:w="3855"/>
      </w:tblGrid>
      <w:tr w:rsidR="006500F2" w14:paraId="1D433911" w14:textId="77777777">
        <w:trPr>
          <w:jc w:val="center"/>
        </w:trPr>
        <w:tc>
          <w:tcPr>
            <w:tcW w:w="5102" w:type="dxa"/>
            <w:shd w:val="clear" w:color="auto" w:fill="EEF3F8"/>
            <w:tcMar>
              <w:top w:w="90" w:type="dxa"/>
              <w:left w:w="100" w:type="dxa"/>
              <w:bottom w:w="90" w:type="dxa"/>
              <w:right w:w="100" w:type="dxa"/>
            </w:tcMar>
          </w:tcPr>
          <w:p w14:paraId="574DE7AC" w14:textId="77777777" w:rsidR="006500F2" w:rsidRDefault="00B615F5">
            <w:r>
              <w:t>Kick-off meeting and start of the work</w:t>
            </w:r>
          </w:p>
        </w:tc>
        <w:tc>
          <w:tcPr>
            <w:tcW w:w="3855" w:type="dxa"/>
            <w:tcMar>
              <w:top w:w="90" w:type="dxa"/>
              <w:left w:w="100" w:type="dxa"/>
              <w:bottom w:w="90" w:type="dxa"/>
              <w:right w:w="100" w:type="dxa"/>
            </w:tcMar>
          </w:tcPr>
          <w:p w14:paraId="62BD8FD1" w14:textId="77777777" w:rsidR="006500F2" w:rsidRDefault="00B615F5">
            <w:r>
              <w:t xml:space="preserve">____ / ____ / </w:t>
            </w:r>
            <w:proofErr w:type="gramStart"/>
            <w:r>
              <w:t>20__</w:t>
            </w:r>
            <w:proofErr w:type="gramEnd"/>
            <w:r>
              <w:t>__</w:t>
            </w:r>
          </w:p>
        </w:tc>
      </w:tr>
      <w:tr w:rsidR="006500F2" w14:paraId="69B3EC99" w14:textId="77777777">
        <w:trPr>
          <w:jc w:val="center"/>
        </w:trPr>
        <w:tc>
          <w:tcPr>
            <w:tcW w:w="5102" w:type="dxa"/>
            <w:shd w:val="clear" w:color="auto" w:fill="EEF3F8"/>
            <w:tcMar>
              <w:top w:w="90" w:type="dxa"/>
              <w:left w:w="100" w:type="dxa"/>
              <w:bottom w:w="90" w:type="dxa"/>
              <w:right w:w="100" w:type="dxa"/>
            </w:tcMar>
          </w:tcPr>
          <w:p w14:paraId="36F1097C" w14:textId="77777777" w:rsidR="006500F2" w:rsidRDefault="00B615F5">
            <w:r>
              <w:t>Thesis plan and data management plan completed</w:t>
            </w:r>
          </w:p>
        </w:tc>
        <w:tc>
          <w:tcPr>
            <w:tcW w:w="3855" w:type="dxa"/>
            <w:tcMar>
              <w:top w:w="90" w:type="dxa"/>
              <w:left w:w="100" w:type="dxa"/>
              <w:bottom w:w="90" w:type="dxa"/>
              <w:right w:w="100" w:type="dxa"/>
            </w:tcMar>
          </w:tcPr>
          <w:p w14:paraId="58059863" w14:textId="77777777" w:rsidR="006500F2" w:rsidRDefault="00B615F5">
            <w:r>
              <w:t xml:space="preserve">____ / ____ / </w:t>
            </w:r>
            <w:proofErr w:type="gramStart"/>
            <w:r>
              <w:t>20__</w:t>
            </w:r>
            <w:proofErr w:type="gramEnd"/>
            <w:r>
              <w:t>__</w:t>
            </w:r>
          </w:p>
        </w:tc>
      </w:tr>
      <w:tr w:rsidR="006500F2" w14:paraId="7DA7BF99" w14:textId="77777777">
        <w:trPr>
          <w:jc w:val="center"/>
        </w:trPr>
        <w:tc>
          <w:tcPr>
            <w:tcW w:w="5102" w:type="dxa"/>
            <w:shd w:val="clear" w:color="auto" w:fill="EEF3F8"/>
            <w:tcMar>
              <w:top w:w="90" w:type="dxa"/>
              <w:left w:w="100" w:type="dxa"/>
              <w:bottom w:w="90" w:type="dxa"/>
              <w:right w:w="100" w:type="dxa"/>
            </w:tcMar>
          </w:tcPr>
          <w:p w14:paraId="3688933B" w14:textId="77777777" w:rsidR="006500F2" w:rsidRDefault="00B615F5">
            <w:r>
              <w:t>Theoretical framework completed</w:t>
            </w:r>
          </w:p>
        </w:tc>
        <w:tc>
          <w:tcPr>
            <w:tcW w:w="3855" w:type="dxa"/>
            <w:tcMar>
              <w:top w:w="90" w:type="dxa"/>
              <w:left w:w="100" w:type="dxa"/>
              <w:bottom w:w="90" w:type="dxa"/>
              <w:right w:w="100" w:type="dxa"/>
            </w:tcMar>
          </w:tcPr>
          <w:p w14:paraId="30851C9F" w14:textId="77777777" w:rsidR="006500F2" w:rsidRDefault="00B615F5">
            <w:r>
              <w:t xml:space="preserve">____ / ____ / </w:t>
            </w:r>
            <w:proofErr w:type="gramStart"/>
            <w:r>
              <w:t>20__</w:t>
            </w:r>
            <w:proofErr w:type="gramEnd"/>
            <w:r>
              <w:t>__</w:t>
            </w:r>
          </w:p>
        </w:tc>
      </w:tr>
      <w:tr w:rsidR="006500F2" w14:paraId="05F4F51F" w14:textId="77777777">
        <w:trPr>
          <w:jc w:val="center"/>
        </w:trPr>
        <w:tc>
          <w:tcPr>
            <w:tcW w:w="5102" w:type="dxa"/>
            <w:shd w:val="clear" w:color="auto" w:fill="EEF3F8"/>
            <w:tcMar>
              <w:top w:w="90" w:type="dxa"/>
              <w:left w:w="100" w:type="dxa"/>
              <w:bottom w:w="90" w:type="dxa"/>
              <w:right w:w="100" w:type="dxa"/>
            </w:tcMar>
          </w:tcPr>
          <w:p w14:paraId="276E477F" w14:textId="77777777" w:rsidR="006500F2" w:rsidRDefault="00B615F5">
            <w:r>
              <w:t>Data collection completed</w:t>
            </w:r>
          </w:p>
        </w:tc>
        <w:tc>
          <w:tcPr>
            <w:tcW w:w="3855" w:type="dxa"/>
            <w:tcMar>
              <w:top w:w="90" w:type="dxa"/>
              <w:left w:w="100" w:type="dxa"/>
              <w:bottom w:w="90" w:type="dxa"/>
              <w:right w:w="100" w:type="dxa"/>
            </w:tcMar>
          </w:tcPr>
          <w:p w14:paraId="4CB990CD" w14:textId="77777777" w:rsidR="006500F2" w:rsidRDefault="00B615F5">
            <w:r>
              <w:t xml:space="preserve">____ / ____ / </w:t>
            </w:r>
            <w:proofErr w:type="gramStart"/>
            <w:r>
              <w:t>20__</w:t>
            </w:r>
            <w:proofErr w:type="gramEnd"/>
            <w:r>
              <w:t>__</w:t>
            </w:r>
          </w:p>
        </w:tc>
      </w:tr>
      <w:tr w:rsidR="006500F2" w14:paraId="4886CA0F" w14:textId="77777777">
        <w:trPr>
          <w:jc w:val="center"/>
        </w:trPr>
        <w:tc>
          <w:tcPr>
            <w:tcW w:w="5102" w:type="dxa"/>
            <w:shd w:val="clear" w:color="auto" w:fill="EEF3F8"/>
            <w:tcMar>
              <w:top w:w="90" w:type="dxa"/>
              <w:left w:w="100" w:type="dxa"/>
              <w:bottom w:w="90" w:type="dxa"/>
              <w:right w:w="100" w:type="dxa"/>
            </w:tcMar>
          </w:tcPr>
          <w:p w14:paraId="216C6847" w14:textId="77777777" w:rsidR="006500F2" w:rsidRDefault="00B615F5">
            <w:r>
              <w:t>Analysis completed</w:t>
            </w:r>
          </w:p>
        </w:tc>
        <w:tc>
          <w:tcPr>
            <w:tcW w:w="3855" w:type="dxa"/>
            <w:tcMar>
              <w:top w:w="90" w:type="dxa"/>
              <w:left w:w="100" w:type="dxa"/>
              <w:bottom w:w="90" w:type="dxa"/>
              <w:right w:w="100" w:type="dxa"/>
            </w:tcMar>
          </w:tcPr>
          <w:p w14:paraId="56E9203E" w14:textId="77777777" w:rsidR="006500F2" w:rsidRDefault="00B615F5">
            <w:r>
              <w:t xml:space="preserve">____ / ____ / </w:t>
            </w:r>
            <w:proofErr w:type="gramStart"/>
            <w:r>
              <w:t>20__</w:t>
            </w:r>
            <w:proofErr w:type="gramEnd"/>
            <w:r>
              <w:t>__</w:t>
            </w:r>
          </w:p>
        </w:tc>
      </w:tr>
      <w:tr w:rsidR="006500F2" w14:paraId="398688E7" w14:textId="77777777">
        <w:trPr>
          <w:jc w:val="center"/>
        </w:trPr>
        <w:tc>
          <w:tcPr>
            <w:tcW w:w="5102" w:type="dxa"/>
            <w:shd w:val="clear" w:color="auto" w:fill="EEF3F8"/>
            <w:tcMar>
              <w:top w:w="90" w:type="dxa"/>
              <w:left w:w="100" w:type="dxa"/>
              <w:bottom w:w="90" w:type="dxa"/>
              <w:right w:w="100" w:type="dxa"/>
            </w:tcMar>
          </w:tcPr>
          <w:p w14:paraId="76026BA0" w14:textId="77777777" w:rsidR="006500F2" w:rsidRDefault="00B615F5">
            <w:r>
              <w:t>Work ready for preliminary review</w:t>
            </w:r>
          </w:p>
        </w:tc>
        <w:tc>
          <w:tcPr>
            <w:tcW w:w="3855" w:type="dxa"/>
            <w:tcMar>
              <w:top w:w="90" w:type="dxa"/>
              <w:left w:w="100" w:type="dxa"/>
              <w:bottom w:w="90" w:type="dxa"/>
              <w:right w:w="100" w:type="dxa"/>
            </w:tcMar>
          </w:tcPr>
          <w:p w14:paraId="55E7D295" w14:textId="77777777" w:rsidR="006500F2" w:rsidRDefault="00B615F5">
            <w:r>
              <w:t xml:space="preserve">____ / ____ / </w:t>
            </w:r>
            <w:proofErr w:type="gramStart"/>
            <w:r>
              <w:t>20__</w:t>
            </w:r>
            <w:proofErr w:type="gramEnd"/>
            <w:r>
              <w:t>__</w:t>
            </w:r>
          </w:p>
        </w:tc>
      </w:tr>
      <w:tr w:rsidR="006500F2" w14:paraId="6E4E2157" w14:textId="77777777">
        <w:trPr>
          <w:jc w:val="center"/>
        </w:trPr>
        <w:tc>
          <w:tcPr>
            <w:tcW w:w="5102" w:type="dxa"/>
            <w:shd w:val="clear" w:color="auto" w:fill="EEF3F8"/>
            <w:tcMar>
              <w:top w:w="90" w:type="dxa"/>
              <w:left w:w="100" w:type="dxa"/>
              <w:bottom w:w="90" w:type="dxa"/>
              <w:right w:w="100" w:type="dxa"/>
            </w:tcMar>
          </w:tcPr>
          <w:p w14:paraId="793ED989" w14:textId="77777777" w:rsidR="006500F2" w:rsidRDefault="00B615F5">
            <w:r>
              <w:t>Submission for final assessment</w:t>
            </w:r>
          </w:p>
        </w:tc>
        <w:tc>
          <w:tcPr>
            <w:tcW w:w="3855" w:type="dxa"/>
            <w:tcMar>
              <w:top w:w="90" w:type="dxa"/>
              <w:left w:w="100" w:type="dxa"/>
              <w:bottom w:w="90" w:type="dxa"/>
              <w:right w:w="100" w:type="dxa"/>
            </w:tcMar>
          </w:tcPr>
          <w:p w14:paraId="7B2C51E1" w14:textId="77777777" w:rsidR="006500F2" w:rsidRDefault="00B615F5">
            <w:r>
              <w:t xml:space="preserve">____ / ____ / </w:t>
            </w:r>
            <w:proofErr w:type="gramStart"/>
            <w:r>
              <w:t>20__</w:t>
            </w:r>
            <w:proofErr w:type="gramEnd"/>
            <w:r>
              <w:t>__</w:t>
            </w:r>
          </w:p>
        </w:tc>
      </w:tr>
    </w:tbl>
    <w:p w14:paraId="46620981" w14:textId="77777777" w:rsidR="006500F2" w:rsidRDefault="00B615F5">
      <w:pPr>
        <w:pStyle w:val="Heading1Custom"/>
        <w:spacing w:before="120" w:after="80"/>
      </w:pPr>
      <w:r>
        <w:t>7. Commitment to the Schedule and Absences</w:t>
      </w:r>
    </w:p>
    <w:p w14:paraId="3A13804A" w14:textId="77777777" w:rsidR="006500F2" w:rsidRDefault="00B615F5">
      <w:pPr>
        <w:spacing w:after="160"/>
      </w:pPr>
      <w:r>
        <w:t>If someone is unable to progress as agreed, they will inform the others no later than ______ working day(s) before the agreed deadline and propose an alternative plan (new deadline / reassignment of task / support).</w:t>
      </w:r>
    </w:p>
    <w:p w14:paraId="192D7C57" w14:textId="77777777" w:rsidR="006500F2" w:rsidRDefault="00B615F5">
      <w:pPr>
        <w:pStyle w:val="Heading1Custom"/>
        <w:spacing w:before="120" w:after="80"/>
      </w:pPr>
      <w:r>
        <w:t>8. Target Grade</w:t>
      </w:r>
    </w:p>
    <w:tbl>
      <w:tblPr>
        <w:tblW w:w="0" w:type="auto"/>
        <w:jc w:val="center"/>
        <w:tblBorders>
          <w:top w:val="single" w:sz="6" w:space="0" w:color="C9CED6"/>
          <w:left w:val="single" w:sz="6" w:space="0" w:color="C9CED6"/>
          <w:bottom w:val="single" w:sz="6" w:space="0" w:color="C9CED6"/>
          <w:right w:val="single" w:sz="6" w:space="0" w:color="C9CED6"/>
          <w:insideH w:val="single" w:sz="6" w:space="0" w:color="C9CED6"/>
          <w:insideV w:val="single" w:sz="6" w:space="0" w:color="C9CED6"/>
        </w:tblBorders>
        <w:tblLayout w:type="fixed"/>
        <w:tblLook w:val="04A0" w:firstRow="1" w:lastRow="0" w:firstColumn="1" w:lastColumn="0" w:noHBand="0" w:noVBand="1"/>
      </w:tblPr>
      <w:tblGrid>
        <w:gridCol w:w="3402"/>
        <w:gridCol w:w="5556"/>
      </w:tblGrid>
      <w:tr w:rsidR="006500F2" w14:paraId="67D086A4" w14:textId="77777777">
        <w:trPr>
          <w:jc w:val="center"/>
        </w:trPr>
        <w:tc>
          <w:tcPr>
            <w:tcW w:w="3402" w:type="dxa"/>
            <w:shd w:val="clear" w:color="auto" w:fill="EEF3F8"/>
            <w:tcMar>
              <w:top w:w="90" w:type="dxa"/>
              <w:left w:w="100" w:type="dxa"/>
              <w:bottom w:w="90" w:type="dxa"/>
              <w:right w:w="100" w:type="dxa"/>
            </w:tcMar>
          </w:tcPr>
          <w:p w14:paraId="0107C6D6" w14:textId="77777777" w:rsidR="006500F2" w:rsidRDefault="00B615F5">
            <w:r>
              <w:t>Shared target grade (1-5)</w:t>
            </w:r>
          </w:p>
        </w:tc>
        <w:tc>
          <w:tcPr>
            <w:tcW w:w="5556" w:type="dxa"/>
            <w:tcMar>
              <w:top w:w="90" w:type="dxa"/>
              <w:left w:w="100" w:type="dxa"/>
              <w:bottom w:w="90" w:type="dxa"/>
              <w:right w:w="100" w:type="dxa"/>
            </w:tcMar>
          </w:tcPr>
          <w:p w14:paraId="2263C02F" w14:textId="77777777" w:rsidR="006500F2" w:rsidRDefault="00B615F5">
            <w:r>
              <w:t>_____________________</w:t>
            </w:r>
          </w:p>
        </w:tc>
      </w:tr>
      <w:tr w:rsidR="006500F2" w14:paraId="2DBDC089" w14:textId="77777777">
        <w:trPr>
          <w:jc w:val="center"/>
        </w:trPr>
        <w:tc>
          <w:tcPr>
            <w:tcW w:w="3402" w:type="dxa"/>
            <w:shd w:val="clear" w:color="auto" w:fill="EEF3F8"/>
            <w:tcMar>
              <w:top w:w="90" w:type="dxa"/>
              <w:left w:w="100" w:type="dxa"/>
              <w:bottom w:w="90" w:type="dxa"/>
              <w:right w:w="100" w:type="dxa"/>
            </w:tcMar>
          </w:tcPr>
          <w:p w14:paraId="45CA366E" w14:textId="77777777" w:rsidR="006500F2" w:rsidRDefault="00B615F5">
            <w:r>
              <w:t>Justification</w:t>
            </w:r>
          </w:p>
        </w:tc>
        <w:tc>
          <w:tcPr>
            <w:tcW w:w="5556" w:type="dxa"/>
            <w:tcMar>
              <w:top w:w="90" w:type="dxa"/>
              <w:left w:w="100" w:type="dxa"/>
              <w:bottom w:w="90" w:type="dxa"/>
              <w:right w:w="100" w:type="dxa"/>
            </w:tcMar>
          </w:tcPr>
          <w:p w14:paraId="7996EAE1" w14:textId="77777777" w:rsidR="006500F2" w:rsidRDefault="00B615F5">
            <w:r>
              <w:t>What does this target grade mean in practice in this thesis? ________________________________</w:t>
            </w:r>
          </w:p>
        </w:tc>
      </w:tr>
    </w:tbl>
    <w:p w14:paraId="639018EA" w14:textId="77777777" w:rsidR="006500F2" w:rsidRDefault="00B615F5">
      <w:pPr>
        <w:pStyle w:val="Heading1Custom"/>
        <w:spacing w:before="120" w:after="80"/>
      </w:pPr>
      <w:r>
        <w:t>9. Agreed Quality Criteria</w:t>
      </w:r>
    </w:p>
    <w:p w14:paraId="2A18BE59" w14:textId="77777777" w:rsidR="006500F2" w:rsidRDefault="00B615F5">
      <w:pPr>
        <w:pStyle w:val="SmallNote"/>
        <w:spacing w:after="40"/>
      </w:pPr>
      <w:r>
        <w:t xml:space="preserve">For example: quality of sources, methodological rigor, </w:t>
      </w:r>
      <w:proofErr w:type="gramStart"/>
      <w:r>
        <w:t>depth of</w:t>
      </w:r>
      <w:proofErr w:type="gramEnd"/>
      <w:r>
        <w:t xml:space="preserve"> analysis, and language quality of the report.</w:t>
      </w:r>
    </w:p>
    <w:p w14:paraId="124B210B" w14:textId="77777777" w:rsidR="006500F2" w:rsidRDefault="00B615F5">
      <w:pPr>
        <w:spacing w:after="20"/>
      </w:pPr>
      <w:r>
        <w:t>................................................................................................................................................</w:t>
      </w:r>
    </w:p>
    <w:p w14:paraId="673F6C20" w14:textId="77777777" w:rsidR="006500F2" w:rsidRDefault="00B615F5">
      <w:pPr>
        <w:spacing w:after="20"/>
      </w:pPr>
      <w:r>
        <w:t>................................................................................................................................................</w:t>
      </w:r>
    </w:p>
    <w:p w14:paraId="0723EC42" w14:textId="77777777" w:rsidR="006500F2" w:rsidRDefault="00B615F5">
      <w:pPr>
        <w:spacing w:after="20"/>
      </w:pPr>
      <w:r>
        <w:t>................................................................................................................................................</w:t>
      </w:r>
    </w:p>
    <w:p w14:paraId="082B5148" w14:textId="77777777" w:rsidR="006500F2" w:rsidRDefault="00B615F5">
      <w:pPr>
        <w:pStyle w:val="Heading1Custom"/>
        <w:spacing w:before="120" w:after="80"/>
      </w:pPr>
      <w:r>
        <w:t>10. Handling Problem Situations (Procedure)</w:t>
      </w:r>
    </w:p>
    <w:p w14:paraId="00D9FE91" w14:textId="77777777" w:rsidR="006500F2" w:rsidRDefault="00B615F5">
      <w:pPr>
        <w:spacing w:after="80"/>
      </w:pPr>
      <w:r>
        <w:t>If problems arise in cooperation (schedule delays, uneven workload, conflicts, absences), we will proceed as follows:</w:t>
      </w:r>
    </w:p>
    <w:p w14:paraId="4607B81F" w14:textId="77777777" w:rsidR="006500F2" w:rsidRDefault="00B615F5">
      <w:pPr>
        <w:spacing w:after="60"/>
        <w:ind w:left="283" w:hanging="283"/>
      </w:pPr>
      <w:r>
        <w:t>• Direct discussion within the group (no later than within ______ day(s) of the problem arising).</w:t>
      </w:r>
    </w:p>
    <w:p w14:paraId="312F66FD" w14:textId="77777777" w:rsidR="006500F2" w:rsidRDefault="00B615F5">
      <w:pPr>
        <w:spacing w:after="60"/>
        <w:ind w:left="283" w:hanging="283"/>
      </w:pPr>
      <w:r>
        <w:t>• Description of the problem: facts, impact, and desired solutions.</w:t>
      </w:r>
    </w:p>
    <w:p w14:paraId="028EC22B" w14:textId="77777777" w:rsidR="006500F2" w:rsidRDefault="00B615F5">
      <w:pPr>
        <w:spacing w:after="60"/>
        <w:ind w:left="283" w:hanging="283"/>
      </w:pPr>
      <w:r>
        <w:t>• Agreement on corrective actions: who will do what and by when.</w:t>
      </w:r>
    </w:p>
    <w:p w14:paraId="39BB9F53" w14:textId="4ABD73A7" w:rsidR="006500F2" w:rsidRDefault="00B615F5">
      <w:pPr>
        <w:spacing w:after="60"/>
        <w:ind w:left="283" w:hanging="283"/>
      </w:pPr>
      <w:r>
        <w:t>• Possible measures may include reallocation of work and an updated schedule, changes in roles, or an</w:t>
      </w:r>
      <w:r w:rsidR="003E5CB5">
        <w:t xml:space="preserve"> </w:t>
      </w:r>
      <w:r>
        <w:t>additional</w:t>
      </w:r>
      <w:r w:rsidR="003E5CB5">
        <w:t xml:space="preserve"> individual</w:t>
      </w:r>
      <w:r>
        <w:t xml:space="preserve"> task to balance contributions.</w:t>
      </w:r>
    </w:p>
    <w:p w14:paraId="6DDBF35E" w14:textId="77777777" w:rsidR="006500F2" w:rsidRDefault="00B615F5">
      <w:pPr>
        <w:spacing w:after="60"/>
        <w:ind w:left="283" w:hanging="283"/>
      </w:pPr>
      <w:r>
        <w:lastRenderedPageBreak/>
        <w:t>• In extreme cases, the supervisor may be contacted to help clarify the situation. Possible solutions may then include changing the size of the group or separating the thesis into more than one thesis. These are last-resort options and will only be used when all other possibilities have been tried.</w:t>
      </w:r>
    </w:p>
    <w:p w14:paraId="2A14412E" w14:textId="77777777" w:rsidR="006500F2" w:rsidRDefault="00B615F5">
      <w:pPr>
        <w:spacing w:after="60"/>
        <w:ind w:left="283" w:hanging="283"/>
      </w:pPr>
      <w:r>
        <w:t>• If the original thesis group is dissolved, an agreement will be made on which parts of the jointly produced work the authors may use in their new theses and under what conditions.</w:t>
      </w:r>
    </w:p>
    <w:p w14:paraId="66154811" w14:textId="30FAEF9F" w:rsidR="006500F2" w:rsidRDefault="00B615F5">
      <w:pPr>
        <w:pStyle w:val="Heading1Custom"/>
        <w:spacing w:before="120" w:after="80"/>
      </w:pPr>
      <w:r>
        <w:t xml:space="preserve">11. Updating the </w:t>
      </w:r>
      <w:r w:rsidR="003E5CB5">
        <w:t>ground rules</w:t>
      </w:r>
    </w:p>
    <w:p w14:paraId="1AC70E2A" w14:textId="7AB3B4ED" w:rsidR="00EF060D" w:rsidRDefault="00B615F5" w:rsidP="003E5CB5">
      <w:pPr>
        <w:spacing w:after="160"/>
      </w:pPr>
      <w:r>
        <w:t>The</w:t>
      </w:r>
      <w:r w:rsidR="003E5CB5">
        <w:t xml:space="preserve">se ground rules </w:t>
      </w:r>
      <w:r>
        <w:t>will be reviewed and updated when necessary.</w:t>
      </w:r>
    </w:p>
    <w:sectPr w:rsidR="00EF060D"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ituluettel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ituluettel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Merkittyluettel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Merkittyluettel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ituluettel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Merkittyluettelo"/>
      <w:lvlText w:val=""/>
      <w:lvlJc w:val="left"/>
      <w:pPr>
        <w:tabs>
          <w:tab w:val="num" w:pos="360"/>
        </w:tabs>
        <w:ind w:left="360" w:hanging="360"/>
      </w:pPr>
      <w:rPr>
        <w:rFonts w:ascii="Symbol" w:hAnsi="Symbol" w:hint="default"/>
      </w:rPr>
    </w:lvl>
  </w:abstractNum>
  <w:num w:numId="1" w16cid:durableId="1339842543">
    <w:abstractNumId w:val="8"/>
  </w:num>
  <w:num w:numId="2" w16cid:durableId="1392269681">
    <w:abstractNumId w:val="6"/>
  </w:num>
  <w:num w:numId="3" w16cid:durableId="712655937">
    <w:abstractNumId w:val="5"/>
  </w:num>
  <w:num w:numId="4" w16cid:durableId="1928347247">
    <w:abstractNumId w:val="4"/>
  </w:num>
  <w:num w:numId="5" w16cid:durableId="609624984">
    <w:abstractNumId w:val="7"/>
  </w:num>
  <w:num w:numId="6" w16cid:durableId="2060199198">
    <w:abstractNumId w:val="3"/>
  </w:num>
  <w:num w:numId="7" w16cid:durableId="1500776928">
    <w:abstractNumId w:val="2"/>
  </w:num>
  <w:num w:numId="8" w16cid:durableId="795100910">
    <w:abstractNumId w:val="1"/>
  </w:num>
  <w:num w:numId="9" w16cid:durableId="1388140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721D"/>
    <w:rsid w:val="0029639D"/>
    <w:rsid w:val="00326F90"/>
    <w:rsid w:val="003E5CB5"/>
    <w:rsid w:val="00445C2A"/>
    <w:rsid w:val="0045411E"/>
    <w:rsid w:val="006500F2"/>
    <w:rsid w:val="008A3C39"/>
    <w:rsid w:val="008C1B70"/>
    <w:rsid w:val="00942536"/>
    <w:rsid w:val="009B1D40"/>
    <w:rsid w:val="00A7350C"/>
    <w:rsid w:val="00AA1D8D"/>
    <w:rsid w:val="00B47730"/>
    <w:rsid w:val="00B739E6"/>
    <w:rsid w:val="00CB0664"/>
    <w:rsid w:val="00EF060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75A2C6"/>
  <w14:defaultImageDpi w14:val="300"/>
  <w15:docId w15:val="{1D8C531A-5E31-4FCE-AAE5-E48EBFA37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C693F"/>
    <w:rPr>
      <w:rFonts w:ascii="Aptos" w:eastAsia="Aptos" w:hAnsi="Aptos"/>
      <w:sz w:val="21"/>
    </w:rPr>
  </w:style>
  <w:style w:type="paragraph" w:styleId="Otsikko1">
    <w:name w:val="heading 1"/>
    <w:basedOn w:val="Normaali"/>
    <w:next w:val="Normaali"/>
    <w:link w:val="Otsikk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tsikko4">
    <w:name w:val="heading 4"/>
    <w:basedOn w:val="Normaali"/>
    <w:next w:val="Normaali"/>
    <w:link w:val="Otsikk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tsikko5">
    <w:name w:val="heading 5"/>
    <w:basedOn w:val="Normaali"/>
    <w:next w:val="Normaali"/>
    <w:link w:val="Otsikk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tsikko6">
    <w:name w:val="heading 6"/>
    <w:basedOn w:val="Normaali"/>
    <w:next w:val="Normaali"/>
    <w:link w:val="Otsikk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tsikko7">
    <w:name w:val="heading 7"/>
    <w:basedOn w:val="Normaali"/>
    <w:next w:val="Normaali"/>
    <w:link w:val="Otsikk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tsikko9">
    <w:name w:val="heading 9"/>
    <w:basedOn w:val="Normaali"/>
    <w:next w:val="Normaali"/>
    <w:link w:val="Otsikk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E618BF"/>
    <w:pPr>
      <w:tabs>
        <w:tab w:val="center" w:pos="4680"/>
        <w:tab w:val="right" w:pos="9360"/>
      </w:tabs>
      <w:spacing w:after="0" w:line="240" w:lineRule="auto"/>
    </w:pPr>
  </w:style>
  <w:style w:type="character" w:customStyle="1" w:styleId="YltunnisteChar">
    <w:name w:val="Ylätunniste Char"/>
    <w:basedOn w:val="Kappaleenoletusfontti"/>
    <w:link w:val="Yltunniste"/>
    <w:uiPriority w:val="99"/>
    <w:rsid w:val="00E618BF"/>
  </w:style>
  <w:style w:type="paragraph" w:styleId="Alatunniste">
    <w:name w:val="footer"/>
    <w:basedOn w:val="Normaali"/>
    <w:link w:val="AlatunnisteChar"/>
    <w:uiPriority w:val="99"/>
    <w:unhideWhenUsed/>
    <w:rsid w:val="00E618BF"/>
    <w:pPr>
      <w:tabs>
        <w:tab w:val="center" w:pos="4680"/>
        <w:tab w:val="right" w:pos="9360"/>
      </w:tabs>
      <w:spacing w:after="0" w:line="240" w:lineRule="auto"/>
    </w:pPr>
  </w:style>
  <w:style w:type="character" w:customStyle="1" w:styleId="AlatunnisteChar">
    <w:name w:val="Alatunniste Char"/>
    <w:basedOn w:val="Kappaleenoletusfontti"/>
    <w:link w:val="Alatunniste"/>
    <w:uiPriority w:val="99"/>
    <w:rsid w:val="00E618BF"/>
  </w:style>
  <w:style w:type="paragraph" w:styleId="Eivli">
    <w:name w:val="No Spacing"/>
    <w:uiPriority w:val="1"/>
    <w:qFormat/>
    <w:rsid w:val="00FC693F"/>
    <w:pPr>
      <w:spacing w:after="0" w:line="240" w:lineRule="auto"/>
    </w:pPr>
  </w:style>
  <w:style w:type="character" w:customStyle="1" w:styleId="Otsikko1Char">
    <w:name w:val="Otsikko 1 Char"/>
    <w:basedOn w:val="Kappaleenoletusfontti"/>
    <w:link w:val="Otsikk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FC693F"/>
    <w:rPr>
      <w:rFonts w:asciiTheme="majorHAnsi" w:eastAsiaTheme="majorEastAsia" w:hAnsiTheme="majorHAnsi" w:cstheme="majorBidi"/>
      <w:b/>
      <w:bCs/>
      <w:color w:val="4F81BD" w:themeColor="accent1"/>
      <w:sz w:val="26"/>
      <w:szCs w:val="26"/>
    </w:rPr>
  </w:style>
  <w:style w:type="character" w:customStyle="1" w:styleId="Otsikko3Char">
    <w:name w:val="Otsikko 3 Char"/>
    <w:basedOn w:val="Kappaleenoletusfontti"/>
    <w:link w:val="Otsikko3"/>
    <w:uiPriority w:val="9"/>
    <w:rsid w:val="00FC693F"/>
    <w:rPr>
      <w:rFonts w:asciiTheme="majorHAnsi" w:eastAsiaTheme="majorEastAsia" w:hAnsiTheme="majorHAnsi" w:cstheme="majorBidi"/>
      <w:b/>
      <w:bCs/>
      <w:color w:val="4F81BD" w:themeColor="accent1"/>
    </w:rPr>
  </w:style>
  <w:style w:type="paragraph" w:styleId="Otsikko">
    <w:name w:val="Title"/>
    <w:basedOn w:val="Normaali"/>
    <w:next w:val="Normaali"/>
    <w:link w:val="Otsikk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aotsikko">
    <w:name w:val="Subtitle"/>
    <w:basedOn w:val="Normaali"/>
    <w:next w:val="Normaali"/>
    <w:link w:val="Alaotsikk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aotsikkoChar">
    <w:name w:val="Alaotsikko Char"/>
    <w:basedOn w:val="Kappaleenoletusfontti"/>
    <w:link w:val="Alaotsikko"/>
    <w:uiPriority w:val="11"/>
    <w:rsid w:val="00FC693F"/>
    <w:rPr>
      <w:rFonts w:asciiTheme="majorHAnsi" w:eastAsiaTheme="majorEastAsia" w:hAnsiTheme="majorHAnsi" w:cstheme="majorBidi"/>
      <w:i/>
      <w:iCs/>
      <w:color w:val="4F81BD" w:themeColor="accent1"/>
      <w:spacing w:val="15"/>
      <w:sz w:val="24"/>
      <w:szCs w:val="24"/>
    </w:rPr>
  </w:style>
  <w:style w:type="paragraph" w:styleId="Luettelokappale">
    <w:name w:val="List Paragraph"/>
    <w:basedOn w:val="Normaali"/>
    <w:uiPriority w:val="34"/>
    <w:qFormat/>
    <w:rsid w:val="00FC693F"/>
    <w:pPr>
      <w:ind w:left="720"/>
      <w:contextualSpacing/>
    </w:pPr>
  </w:style>
  <w:style w:type="paragraph" w:styleId="Leipteksti">
    <w:name w:val="Body Text"/>
    <w:basedOn w:val="Normaali"/>
    <w:link w:val="LeiptekstiChar"/>
    <w:uiPriority w:val="99"/>
    <w:unhideWhenUsed/>
    <w:rsid w:val="00AA1D8D"/>
    <w:pPr>
      <w:spacing w:after="120"/>
    </w:pPr>
  </w:style>
  <w:style w:type="character" w:customStyle="1" w:styleId="LeiptekstiChar">
    <w:name w:val="Leipäteksti Char"/>
    <w:basedOn w:val="Kappaleenoletusfontti"/>
    <w:link w:val="Leipteksti"/>
    <w:uiPriority w:val="99"/>
    <w:rsid w:val="00AA1D8D"/>
  </w:style>
  <w:style w:type="paragraph" w:styleId="Leipteksti2">
    <w:name w:val="Body Text 2"/>
    <w:basedOn w:val="Normaali"/>
    <w:link w:val="Leipteksti2Char"/>
    <w:uiPriority w:val="99"/>
    <w:unhideWhenUsed/>
    <w:rsid w:val="00AA1D8D"/>
    <w:pPr>
      <w:spacing w:after="120" w:line="480" w:lineRule="auto"/>
    </w:pPr>
  </w:style>
  <w:style w:type="character" w:customStyle="1" w:styleId="Leipteksti2Char">
    <w:name w:val="Leipäteksti 2 Char"/>
    <w:basedOn w:val="Kappaleenoletusfontti"/>
    <w:link w:val="Leipteksti2"/>
    <w:uiPriority w:val="99"/>
    <w:rsid w:val="00AA1D8D"/>
  </w:style>
  <w:style w:type="paragraph" w:styleId="Leipteksti3">
    <w:name w:val="Body Text 3"/>
    <w:basedOn w:val="Normaali"/>
    <w:link w:val="Leipteksti3Char"/>
    <w:uiPriority w:val="99"/>
    <w:unhideWhenUsed/>
    <w:rsid w:val="00AA1D8D"/>
    <w:pPr>
      <w:spacing w:after="120"/>
    </w:pPr>
    <w:rPr>
      <w:sz w:val="16"/>
      <w:szCs w:val="16"/>
    </w:rPr>
  </w:style>
  <w:style w:type="character" w:customStyle="1" w:styleId="Leipteksti3Char">
    <w:name w:val="Leipäteksti 3 Char"/>
    <w:basedOn w:val="Kappaleenoletusfontti"/>
    <w:link w:val="Leipteksti3"/>
    <w:uiPriority w:val="99"/>
    <w:rsid w:val="00AA1D8D"/>
    <w:rPr>
      <w:sz w:val="16"/>
      <w:szCs w:val="16"/>
    </w:rPr>
  </w:style>
  <w:style w:type="paragraph" w:styleId="Luettelo">
    <w:name w:val="List"/>
    <w:basedOn w:val="Normaali"/>
    <w:uiPriority w:val="99"/>
    <w:unhideWhenUsed/>
    <w:rsid w:val="00AA1D8D"/>
    <w:pPr>
      <w:ind w:left="360" w:hanging="360"/>
      <w:contextualSpacing/>
    </w:pPr>
  </w:style>
  <w:style w:type="paragraph" w:styleId="Luettelo2">
    <w:name w:val="List 2"/>
    <w:basedOn w:val="Normaali"/>
    <w:uiPriority w:val="99"/>
    <w:unhideWhenUsed/>
    <w:rsid w:val="00326F90"/>
    <w:pPr>
      <w:ind w:left="720" w:hanging="360"/>
      <w:contextualSpacing/>
    </w:pPr>
  </w:style>
  <w:style w:type="paragraph" w:styleId="Luettelo3">
    <w:name w:val="List 3"/>
    <w:basedOn w:val="Normaali"/>
    <w:uiPriority w:val="99"/>
    <w:unhideWhenUsed/>
    <w:rsid w:val="00326F90"/>
    <w:pPr>
      <w:ind w:left="1080" w:hanging="360"/>
      <w:contextualSpacing/>
    </w:pPr>
  </w:style>
  <w:style w:type="paragraph" w:styleId="Merkittyluettelo">
    <w:name w:val="List Bullet"/>
    <w:basedOn w:val="Normaali"/>
    <w:uiPriority w:val="99"/>
    <w:unhideWhenUsed/>
    <w:rsid w:val="00326F90"/>
    <w:pPr>
      <w:numPr>
        <w:numId w:val="1"/>
      </w:numPr>
      <w:contextualSpacing/>
    </w:pPr>
  </w:style>
  <w:style w:type="paragraph" w:styleId="Merkittyluettelo2">
    <w:name w:val="List Bullet 2"/>
    <w:basedOn w:val="Normaali"/>
    <w:uiPriority w:val="99"/>
    <w:unhideWhenUsed/>
    <w:rsid w:val="00326F90"/>
    <w:pPr>
      <w:numPr>
        <w:numId w:val="2"/>
      </w:numPr>
      <w:contextualSpacing/>
    </w:pPr>
  </w:style>
  <w:style w:type="paragraph" w:styleId="Merkittyluettelo3">
    <w:name w:val="List Bullet 3"/>
    <w:basedOn w:val="Normaali"/>
    <w:uiPriority w:val="99"/>
    <w:unhideWhenUsed/>
    <w:rsid w:val="00326F90"/>
    <w:pPr>
      <w:numPr>
        <w:numId w:val="3"/>
      </w:numPr>
      <w:contextualSpacing/>
    </w:pPr>
  </w:style>
  <w:style w:type="paragraph" w:styleId="Numeroituluettelo">
    <w:name w:val="List Number"/>
    <w:basedOn w:val="Normaali"/>
    <w:uiPriority w:val="99"/>
    <w:unhideWhenUsed/>
    <w:rsid w:val="00326F90"/>
    <w:pPr>
      <w:numPr>
        <w:numId w:val="5"/>
      </w:numPr>
      <w:contextualSpacing/>
    </w:pPr>
  </w:style>
  <w:style w:type="paragraph" w:styleId="Numeroituluettelo2">
    <w:name w:val="List Number 2"/>
    <w:basedOn w:val="Normaali"/>
    <w:uiPriority w:val="99"/>
    <w:unhideWhenUsed/>
    <w:rsid w:val="0029639D"/>
    <w:pPr>
      <w:numPr>
        <w:numId w:val="6"/>
      </w:numPr>
      <w:contextualSpacing/>
    </w:pPr>
  </w:style>
  <w:style w:type="paragraph" w:styleId="Numeroituluettelo3">
    <w:name w:val="List Number 3"/>
    <w:basedOn w:val="Normaali"/>
    <w:uiPriority w:val="99"/>
    <w:unhideWhenUsed/>
    <w:rsid w:val="0029639D"/>
    <w:pPr>
      <w:numPr>
        <w:numId w:val="7"/>
      </w:numPr>
      <w:contextualSpacing/>
    </w:pPr>
  </w:style>
  <w:style w:type="paragraph" w:styleId="Jatkoluettelo">
    <w:name w:val="List Continue"/>
    <w:basedOn w:val="Normaali"/>
    <w:uiPriority w:val="99"/>
    <w:unhideWhenUsed/>
    <w:rsid w:val="0029639D"/>
    <w:pPr>
      <w:spacing w:after="120"/>
      <w:ind w:left="360"/>
      <w:contextualSpacing/>
    </w:pPr>
  </w:style>
  <w:style w:type="paragraph" w:styleId="Jatkoluettelo2">
    <w:name w:val="List Continue 2"/>
    <w:basedOn w:val="Normaali"/>
    <w:uiPriority w:val="99"/>
    <w:unhideWhenUsed/>
    <w:rsid w:val="0029639D"/>
    <w:pPr>
      <w:spacing w:after="120"/>
      <w:ind w:left="720"/>
      <w:contextualSpacing/>
    </w:pPr>
  </w:style>
  <w:style w:type="paragraph" w:styleId="Jatkoluettelo3">
    <w:name w:val="List Continue 3"/>
    <w:basedOn w:val="Normaali"/>
    <w:uiPriority w:val="99"/>
    <w:unhideWhenUsed/>
    <w:rsid w:val="0029639D"/>
    <w:pPr>
      <w:spacing w:after="120"/>
      <w:ind w:left="1080"/>
      <w:contextualSpacing/>
    </w:pPr>
  </w:style>
  <w:style w:type="paragraph" w:styleId="Makroteksti">
    <w:name w:val="macro"/>
    <w:link w:val="Makrotekst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iChar">
    <w:name w:val="Makroteksti Char"/>
    <w:basedOn w:val="Kappaleenoletusfontti"/>
    <w:link w:val="Makroteksti"/>
    <w:uiPriority w:val="99"/>
    <w:rsid w:val="0029639D"/>
    <w:rPr>
      <w:rFonts w:ascii="Courier" w:hAnsi="Courier"/>
      <w:sz w:val="20"/>
      <w:szCs w:val="20"/>
    </w:rPr>
  </w:style>
  <w:style w:type="paragraph" w:styleId="Lainaus">
    <w:name w:val="Quote"/>
    <w:basedOn w:val="Normaali"/>
    <w:next w:val="Normaali"/>
    <w:link w:val="LainausChar"/>
    <w:uiPriority w:val="29"/>
    <w:qFormat/>
    <w:rsid w:val="00FC693F"/>
    <w:rPr>
      <w:i/>
      <w:iCs/>
      <w:color w:val="000000" w:themeColor="text1"/>
    </w:rPr>
  </w:style>
  <w:style w:type="character" w:customStyle="1" w:styleId="LainausChar">
    <w:name w:val="Lainaus Char"/>
    <w:basedOn w:val="Kappaleenoletusfontti"/>
    <w:link w:val="Lainaus"/>
    <w:uiPriority w:val="29"/>
    <w:rsid w:val="00FC693F"/>
    <w:rPr>
      <w:i/>
      <w:iCs/>
      <w:color w:val="000000" w:themeColor="text1"/>
    </w:rPr>
  </w:style>
  <w:style w:type="character" w:customStyle="1" w:styleId="Otsikko4Char">
    <w:name w:val="Otsikko 4 Char"/>
    <w:basedOn w:val="Kappaleenoletusfontti"/>
    <w:link w:val="Otsikko4"/>
    <w:uiPriority w:val="9"/>
    <w:semiHidden/>
    <w:rsid w:val="00FC693F"/>
    <w:rPr>
      <w:rFonts w:asciiTheme="majorHAnsi" w:eastAsiaTheme="majorEastAsia" w:hAnsiTheme="majorHAnsi" w:cstheme="majorBidi"/>
      <w:b/>
      <w:bCs/>
      <w:i/>
      <w:iCs/>
      <w:color w:val="4F81BD" w:themeColor="accent1"/>
    </w:rPr>
  </w:style>
  <w:style w:type="character" w:customStyle="1" w:styleId="Otsikko5Char">
    <w:name w:val="Otsikko 5 Char"/>
    <w:basedOn w:val="Kappaleenoletusfontti"/>
    <w:link w:val="Otsikko5"/>
    <w:uiPriority w:val="9"/>
    <w:semiHidden/>
    <w:rsid w:val="00FC693F"/>
    <w:rPr>
      <w:rFonts w:asciiTheme="majorHAnsi" w:eastAsiaTheme="majorEastAsia" w:hAnsiTheme="majorHAnsi" w:cstheme="majorBidi"/>
      <w:color w:val="243F60" w:themeColor="accent1" w:themeShade="7F"/>
    </w:rPr>
  </w:style>
  <w:style w:type="character" w:customStyle="1" w:styleId="Otsikko6Char">
    <w:name w:val="Otsikko 6 Char"/>
    <w:basedOn w:val="Kappaleenoletusfontti"/>
    <w:link w:val="Otsikko6"/>
    <w:uiPriority w:val="9"/>
    <w:semiHidden/>
    <w:rsid w:val="00FC693F"/>
    <w:rPr>
      <w:rFonts w:asciiTheme="majorHAnsi" w:eastAsiaTheme="majorEastAsia" w:hAnsiTheme="majorHAnsi" w:cstheme="majorBidi"/>
      <w:i/>
      <w:iCs/>
      <w:color w:val="243F60" w:themeColor="accent1" w:themeShade="7F"/>
    </w:rPr>
  </w:style>
  <w:style w:type="character" w:customStyle="1" w:styleId="Otsikko7Char">
    <w:name w:val="Otsikko 7 Char"/>
    <w:basedOn w:val="Kappaleenoletusfontti"/>
    <w:link w:val="Otsikko7"/>
    <w:uiPriority w:val="9"/>
    <w:semiHidden/>
    <w:rsid w:val="00FC693F"/>
    <w:rPr>
      <w:rFonts w:asciiTheme="majorHAnsi" w:eastAsiaTheme="majorEastAsia" w:hAnsiTheme="majorHAnsi" w:cstheme="majorBidi"/>
      <w:i/>
      <w:iCs/>
      <w:color w:val="404040" w:themeColor="text1" w:themeTint="BF"/>
    </w:rPr>
  </w:style>
  <w:style w:type="character" w:customStyle="1" w:styleId="Otsikko8Char">
    <w:name w:val="Otsikko 8 Char"/>
    <w:basedOn w:val="Kappaleenoletusfontti"/>
    <w:link w:val="Otsikko8"/>
    <w:uiPriority w:val="9"/>
    <w:semiHidden/>
    <w:rsid w:val="00FC693F"/>
    <w:rPr>
      <w:rFonts w:asciiTheme="majorHAnsi" w:eastAsiaTheme="majorEastAsia" w:hAnsiTheme="majorHAnsi" w:cstheme="majorBidi"/>
      <w:color w:val="4F81BD" w:themeColor="accent1"/>
      <w:sz w:val="20"/>
      <w:szCs w:val="20"/>
    </w:rPr>
  </w:style>
  <w:style w:type="character" w:customStyle="1" w:styleId="Otsikko9Char">
    <w:name w:val="Otsikko 9 Char"/>
    <w:basedOn w:val="Kappaleenoletusfontti"/>
    <w:link w:val="Otsikko9"/>
    <w:uiPriority w:val="9"/>
    <w:semiHidden/>
    <w:rsid w:val="00FC693F"/>
    <w:rPr>
      <w:rFonts w:asciiTheme="majorHAnsi" w:eastAsiaTheme="majorEastAsia" w:hAnsiTheme="majorHAnsi" w:cstheme="majorBidi"/>
      <w:i/>
      <w:iCs/>
      <w:color w:val="404040" w:themeColor="text1" w:themeTint="BF"/>
      <w:sz w:val="20"/>
      <w:szCs w:val="20"/>
    </w:rPr>
  </w:style>
  <w:style w:type="paragraph" w:styleId="Kuvaotsikko">
    <w:name w:val="caption"/>
    <w:basedOn w:val="Normaali"/>
    <w:next w:val="Normaali"/>
    <w:uiPriority w:val="35"/>
    <w:semiHidden/>
    <w:unhideWhenUsed/>
    <w:qFormat/>
    <w:rsid w:val="00FC693F"/>
    <w:pPr>
      <w:spacing w:line="240" w:lineRule="auto"/>
    </w:pPr>
    <w:rPr>
      <w:b/>
      <w:bCs/>
      <w:color w:val="4F81BD" w:themeColor="accent1"/>
      <w:sz w:val="18"/>
      <w:szCs w:val="18"/>
    </w:rPr>
  </w:style>
  <w:style w:type="character" w:styleId="Voimakas">
    <w:name w:val="Strong"/>
    <w:basedOn w:val="Kappaleenoletusfontti"/>
    <w:uiPriority w:val="22"/>
    <w:qFormat/>
    <w:rsid w:val="00FC693F"/>
    <w:rPr>
      <w:b/>
      <w:bCs/>
    </w:rPr>
  </w:style>
  <w:style w:type="character" w:styleId="Korostus">
    <w:name w:val="Emphasis"/>
    <w:basedOn w:val="Kappaleenoletusfontti"/>
    <w:uiPriority w:val="20"/>
    <w:qFormat/>
    <w:rsid w:val="00FC693F"/>
    <w:rPr>
      <w:i/>
      <w:iCs/>
    </w:rPr>
  </w:style>
  <w:style w:type="paragraph" w:styleId="Erottuvalainaus">
    <w:name w:val="Intense Quote"/>
    <w:basedOn w:val="Normaali"/>
    <w:next w:val="Normaali"/>
    <w:link w:val="Erottuvalainaus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ErottuvalainausChar">
    <w:name w:val="Erottuva lainaus Char"/>
    <w:basedOn w:val="Kappaleenoletusfontti"/>
    <w:link w:val="Erottuvalainaus"/>
    <w:uiPriority w:val="30"/>
    <w:rsid w:val="00FC693F"/>
    <w:rPr>
      <w:b/>
      <w:bCs/>
      <w:i/>
      <w:iCs/>
      <w:color w:val="4F81BD" w:themeColor="accent1"/>
    </w:rPr>
  </w:style>
  <w:style w:type="character" w:styleId="Hienovarainenkorostus">
    <w:name w:val="Subtle Emphasis"/>
    <w:basedOn w:val="Kappaleenoletusfontti"/>
    <w:uiPriority w:val="19"/>
    <w:qFormat/>
    <w:rsid w:val="00FC693F"/>
    <w:rPr>
      <w:i/>
      <w:iCs/>
      <w:color w:val="808080" w:themeColor="text1" w:themeTint="7F"/>
    </w:rPr>
  </w:style>
  <w:style w:type="character" w:styleId="Voimakaskorostus">
    <w:name w:val="Intense Emphasis"/>
    <w:basedOn w:val="Kappaleenoletusfontti"/>
    <w:uiPriority w:val="21"/>
    <w:qFormat/>
    <w:rsid w:val="00FC693F"/>
    <w:rPr>
      <w:b/>
      <w:bCs/>
      <w:i/>
      <w:iCs/>
      <w:color w:val="4F81BD" w:themeColor="accent1"/>
    </w:rPr>
  </w:style>
  <w:style w:type="character" w:styleId="Hienovarainenviittaus">
    <w:name w:val="Subtle Reference"/>
    <w:basedOn w:val="Kappaleenoletusfontti"/>
    <w:uiPriority w:val="31"/>
    <w:qFormat/>
    <w:rsid w:val="00FC693F"/>
    <w:rPr>
      <w:smallCaps/>
      <w:color w:val="C0504D" w:themeColor="accent2"/>
      <w:u w:val="single"/>
    </w:rPr>
  </w:style>
  <w:style w:type="character" w:styleId="Erottuvaviittaus">
    <w:name w:val="Intense Reference"/>
    <w:basedOn w:val="Kappaleenoletusfontti"/>
    <w:uiPriority w:val="32"/>
    <w:qFormat/>
    <w:rsid w:val="00FC693F"/>
    <w:rPr>
      <w:b/>
      <w:bCs/>
      <w:smallCaps/>
      <w:color w:val="C0504D" w:themeColor="accent2"/>
      <w:spacing w:val="5"/>
      <w:u w:val="single"/>
    </w:rPr>
  </w:style>
  <w:style w:type="character" w:styleId="Kirjannimike">
    <w:name w:val="Book Title"/>
    <w:basedOn w:val="Kappaleenoletusfontti"/>
    <w:uiPriority w:val="33"/>
    <w:qFormat/>
    <w:rsid w:val="00FC693F"/>
    <w:rPr>
      <w:b/>
      <w:bCs/>
      <w:smallCaps/>
      <w:spacing w:val="5"/>
    </w:rPr>
  </w:style>
  <w:style w:type="paragraph" w:styleId="Sisllysluettelonotsikko">
    <w:name w:val="TOC Heading"/>
    <w:basedOn w:val="Otsikko1"/>
    <w:next w:val="Normaali"/>
    <w:uiPriority w:val="39"/>
    <w:semiHidden/>
    <w:unhideWhenUsed/>
    <w:qFormat/>
    <w:rsid w:val="00FC693F"/>
    <w:pPr>
      <w:outlineLvl w:val="9"/>
    </w:pPr>
  </w:style>
  <w:style w:type="table" w:styleId="TaulukkoRuudukko">
    <w:name w:val="Table Grid"/>
    <w:basedOn w:val="Normaalitaulukk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aaleavarjostus">
    <w:name w:val="Light Shading"/>
    <w:basedOn w:val="Normaalitaulukk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aaleavarjostus-korostus2">
    <w:name w:val="Light Shading Accent 2"/>
    <w:basedOn w:val="Normaalitaulukk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aaleavarjostus-korostus3">
    <w:name w:val="Light Shading Accent 3"/>
    <w:basedOn w:val="Normaalitaulukk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aaleavarjostus-korostus4">
    <w:name w:val="Light Shading Accent 4"/>
    <w:basedOn w:val="Normaalitaulukk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aaleavarjostus-korostus5">
    <w:name w:val="Light Shading Accent 5"/>
    <w:basedOn w:val="Normaalitaulukk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aaleavarjostus-korostus6">
    <w:name w:val="Light Shading Accent 6"/>
    <w:basedOn w:val="Normaalitaulukk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aalealuettelo">
    <w:name w:val="Light List"/>
    <w:basedOn w:val="Normaalitaulukk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aalealuettelo-korostus2">
    <w:name w:val="Light List Accent 2"/>
    <w:basedOn w:val="Normaalitaulukk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aalealuettelo-korostus3">
    <w:name w:val="Light List Accent 3"/>
    <w:basedOn w:val="Normaalitaulukk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aalealuettelo-korostus4">
    <w:name w:val="Light List Accent 4"/>
    <w:basedOn w:val="Normaalitaulukk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aalealuettelo-korostus5">
    <w:name w:val="Light List Accent 5"/>
    <w:basedOn w:val="Normaalitaulukk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aalealuettelo-korostus6">
    <w:name w:val="Light List Accent 6"/>
    <w:basedOn w:val="Normaalitaulukk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aalearuudukko">
    <w:name w:val="Light Grid"/>
    <w:basedOn w:val="Normaalitaulukk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aalearuudukko-korostus2">
    <w:name w:val="Light Grid Accent 2"/>
    <w:basedOn w:val="Normaalitaulukk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aalearuudukko-korostus3">
    <w:name w:val="Light Grid Accent 3"/>
    <w:basedOn w:val="Normaalitaulukk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aalearuudukko-korostus4">
    <w:name w:val="Light Grid Accent 4"/>
    <w:basedOn w:val="Normaalitaulukk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aalearuudukko-korostus5">
    <w:name w:val="Light Grid Accent 5"/>
    <w:basedOn w:val="Normaalitaulukk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aalearuudukko-korostus6">
    <w:name w:val="Light Grid Accent 6"/>
    <w:basedOn w:val="Normaalitaulukk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Normaalivarjostus1">
    <w:name w:val="Medium Shading 1"/>
    <w:basedOn w:val="Normaalitaulukk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luettelo1">
    <w:name w:val="Medium List 1"/>
    <w:basedOn w:val="Normaalitaulukk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Normaaliluettelo1-korostus2">
    <w:name w:val="Medium List 1 Accent 2"/>
    <w:basedOn w:val="Normaalitaulukk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Normaaliluettelo1-korostus3">
    <w:name w:val="Medium List 1 Accent 3"/>
    <w:basedOn w:val="Normaalitaulukk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Normaaliluettelo1-korostus4">
    <w:name w:val="Medium List 1 Accent 4"/>
    <w:basedOn w:val="Normaalitaulukk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Normaaliluettelo1-korostus5">
    <w:name w:val="Medium List 1 Accent 5"/>
    <w:basedOn w:val="Normaalitaulukk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Normaaliluettelo1-korostus6">
    <w:name w:val="Medium List 1 Accent 6"/>
    <w:basedOn w:val="Normaalitaulukk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Normaaliluettelo2">
    <w:name w:val="Medium List 2"/>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Normaaliruudukko1-korostus2">
    <w:name w:val="Medium Grid 1 Accent 2"/>
    <w:basedOn w:val="Normaalitaulukk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Normaaliruudukko1-korostus3">
    <w:name w:val="Medium Grid 1 Accent 3"/>
    <w:basedOn w:val="Normaalitaulukk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Normaaliruudukko1-korostus4">
    <w:name w:val="Medium Grid 1 Accent 4"/>
    <w:basedOn w:val="Normaalitaulukk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Normaaliruudukko1-korostus5">
    <w:name w:val="Medium Grid 1 Accent 5"/>
    <w:basedOn w:val="Normaalitaulukk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Normaaliruudukko1-korostus6">
    <w:name w:val="Medium Grid 1 Accent 6"/>
    <w:basedOn w:val="Normaalitaulukk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Normaaliruudukko2">
    <w:name w:val="Medium Grid 2"/>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Normaaliruudukko3-korostus2">
    <w:name w:val="Medium Grid 3 Accent 2"/>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Normaaliruudukko3-korostus3">
    <w:name w:val="Medium Grid 3 Accent 3"/>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Normaaliruudukko3-korostus4">
    <w:name w:val="Medium Grid 3 Accent 4"/>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Normaaliruudukko3-korostus5">
    <w:name w:val="Medium Grid 3 Accent 5"/>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Normaaliruudukko3-korostus6">
    <w:name w:val="Medium Grid 3 Accent 6"/>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maluettelo">
    <w:name w:val="Dark List"/>
    <w:basedOn w:val="Normaalitaulukk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maluettelo-korostus2">
    <w:name w:val="Dark List Accent 2"/>
    <w:basedOn w:val="Normaalitaulukk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maluettelo-korostus3">
    <w:name w:val="Dark List Accent 3"/>
    <w:basedOn w:val="Normaalitaulukk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maluettelo-korostus4">
    <w:name w:val="Dark List Accent 4"/>
    <w:basedOn w:val="Normaalitaulukk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maluettelo-korostus5">
    <w:name w:val="Dark List Accent 5"/>
    <w:basedOn w:val="Normaalitaulukk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maluettelo-korostus6">
    <w:name w:val="Dark List Accent 6"/>
    <w:basedOn w:val="Normaalitaulukk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Vriksvarjostus">
    <w:name w:val="Colorful Shading"/>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Vriksvarjostus-korostus4">
    <w:name w:val="Colorful Shading Accent 4"/>
    <w:basedOn w:val="Normaalitaulukk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Vriksluettelo">
    <w:name w:val="Colorful List"/>
    <w:basedOn w:val="Normaalitaulukk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Vriksluettelo-korostus2">
    <w:name w:val="Colorful List Accent 2"/>
    <w:basedOn w:val="Normaalitaulukk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Vriksluettelo-korostus3">
    <w:name w:val="Colorful List Accent 3"/>
    <w:basedOn w:val="Normaalitaulukk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Vriksluettelo-korostus4">
    <w:name w:val="Colorful List Accent 4"/>
    <w:basedOn w:val="Normaalitaulukk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Vriksluettelo-korostus5">
    <w:name w:val="Colorful List Accent 5"/>
    <w:basedOn w:val="Normaalitaulukk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Vriksluettelo-korostus6">
    <w:name w:val="Colorful List Accent 6"/>
    <w:basedOn w:val="Normaalitaulukk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Vriksruudukko">
    <w:name w:val="Colorful Grid"/>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riksruudukko-korostus2">
    <w:name w:val="Colorful Grid Accent 2"/>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riksruudukko-korostus3">
    <w:name w:val="Colorful Grid Accent 3"/>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riksruudukko-korostus4">
    <w:name w:val="Colorful Grid Accent 4"/>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riksruudukko-korostus5">
    <w:name w:val="Colorful Grid Accent 5"/>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riksruudukko-korostus6">
    <w:name w:val="Colorful Grid Accent 6"/>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Custom"/>
    <w:basedOn w:val="Otsikko"/>
    <w:rPr>
      <w:rFonts w:ascii="Aptos" w:eastAsia="Aptos" w:hAnsi="Aptos"/>
      <w:b/>
      <w:color w:val="1F4E79"/>
      <w:sz w:val="36"/>
    </w:rPr>
  </w:style>
  <w:style w:type="paragraph" w:customStyle="1" w:styleId="Heading1Custom">
    <w:name w:val="Heading1Custom"/>
    <w:basedOn w:val="Otsikko1"/>
    <w:rPr>
      <w:rFonts w:ascii="Aptos" w:eastAsia="Aptos" w:hAnsi="Aptos"/>
      <w:color w:val="1F4E79"/>
      <w:sz w:val="25"/>
    </w:rPr>
  </w:style>
  <w:style w:type="paragraph" w:customStyle="1" w:styleId="Heading2Custom">
    <w:name w:val="Heading2Custom"/>
    <w:basedOn w:val="Otsikko2"/>
    <w:rPr>
      <w:rFonts w:ascii="Aptos" w:eastAsia="Aptos" w:hAnsi="Aptos"/>
      <w:color w:val="1F4E79"/>
      <w:sz w:val="22"/>
    </w:rPr>
  </w:style>
  <w:style w:type="paragraph" w:customStyle="1" w:styleId="SmallNote">
    <w:name w:val="SmallNote"/>
    <w:basedOn w:val="Normaali"/>
    <w:rPr>
      <w:color w:val="55555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599</Words>
  <Characters>4853</Characters>
  <Application>Microsoft Office Word</Application>
  <DocSecurity>4</DocSecurity>
  <Lines>40</Lines>
  <Paragraphs>10</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5442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Minna Hautio</cp:lastModifiedBy>
  <cp:revision>2</cp:revision>
  <dcterms:created xsi:type="dcterms:W3CDTF">2026-06-04T12:12:00Z</dcterms:created>
  <dcterms:modified xsi:type="dcterms:W3CDTF">2026-06-04T12:12:00Z</dcterms:modified>
  <cp:category/>
</cp:coreProperties>
</file>