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1FFF5" w14:textId="36798394" w:rsidR="001D57DE" w:rsidRPr="009C08C6" w:rsidRDefault="00323AD2">
      <w:pPr>
        <w:pStyle w:val="TitleCustom"/>
        <w:jc w:val="center"/>
        <w:rPr>
          <w:lang w:val="fi-FI"/>
        </w:rPr>
      </w:pPr>
      <w:r>
        <w:rPr>
          <w:lang w:val="fi-FI"/>
        </w:rPr>
        <w:t>Opinnäytetyön tekemisen pelisäännöt</w:t>
      </w:r>
    </w:p>
    <w:p w14:paraId="77E51305" w14:textId="6EB98E31" w:rsidR="001D57DE" w:rsidRPr="009C08C6" w:rsidRDefault="001D57DE">
      <w:pPr>
        <w:pStyle w:val="Heading2Custom"/>
        <w:spacing w:before="0" w:after="160"/>
        <w:jc w:val="center"/>
        <w:rPr>
          <w:lang w:val="fi-FI"/>
        </w:rPr>
      </w:pPr>
    </w:p>
    <w:tbl>
      <w:tblPr>
        <w:tblW w:w="0" w:type="auto"/>
        <w:jc w:val="center"/>
        <w:tblBorders>
          <w:top w:val="single" w:sz="8" w:space="0" w:color="D9B44A"/>
          <w:left w:val="single" w:sz="8" w:space="0" w:color="D9B44A"/>
          <w:bottom w:val="single" w:sz="8" w:space="0" w:color="D9B44A"/>
          <w:right w:val="single" w:sz="8" w:space="0" w:color="D9B44A"/>
          <w:insideH w:val="single" w:sz="8" w:space="0" w:color="D9B44A"/>
          <w:insideV w:val="single" w:sz="8" w:space="0" w:color="D9B44A"/>
        </w:tblBorders>
        <w:tblLook w:val="04A0" w:firstRow="1" w:lastRow="0" w:firstColumn="1" w:lastColumn="0" w:noHBand="0" w:noVBand="1"/>
      </w:tblPr>
      <w:tblGrid>
        <w:gridCol w:w="9726"/>
      </w:tblGrid>
      <w:tr w:rsidR="001D57DE" w:rsidRPr="009C08C6" w14:paraId="69BF8D5B" w14:textId="77777777">
        <w:trPr>
          <w:jc w:val="center"/>
        </w:trPr>
        <w:tc>
          <w:tcPr>
            <w:tcW w:w="9746" w:type="dxa"/>
            <w:shd w:val="clear" w:color="auto" w:fill="FFF7D6"/>
            <w:tcMar>
              <w:top w:w="120" w:type="dxa"/>
              <w:left w:w="120" w:type="dxa"/>
              <w:bottom w:w="120" w:type="dxa"/>
              <w:right w:w="120" w:type="dxa"/>
            </w:tcMar>
          </w:tcPr>
          <w:p w14:paraId="2A17AFC9" w14:textId="6B57FC08" w:rsidR="001D57DE" w:rsidRPr="009C08C6" w:rsidRDefault="00000000">
            <w:pPr>
              <w:rPr>
                <w:lang w:val="fi-FI"/>
              </w:rPr>
            </w:pPr>
            <w:r w:rsidRPr="009C08C6">
              <w:rPr>
                <w:lang w:val="fi-FI"/>
              </w:rPr>
              <w:t>Ohjeet [poista tämä ohjeosuus</w:t>
            </w:r>
            <w:r w:rsidR="00323AD2">
              <w:rPr>
                <w:lang w:val="fi-FI"/>
              </w:rPr>
              <w:t xml:space="preserve"> lopuksi</w:t>
            </w:r>
            <w:r w:rsidRPr="009C08C6">
              <w:rPr>
                <w:lang w:val="fi-FI"/>
              </w:rPr>
              <w:t>]:</w:t>
            </w:r>
            <w:r w:rsidRPr="009C08C6">
              <w:rPr>
                <w:lang w:val="fi-FI"/>
              </w:rPr>
              <w:br/>
            </w:r>
            <w:r w:rsidR="00323AD2">
              <w:rPr>
                <w:lang w:val="fi-FI"/>
              </w:rPr>
              <w:t>Pari</w:t>
            </w:r>
            <w:r w:rsidRPr="009C08C6">
              <w:rPr>
                <w:lang w:val="fi-FI"/>
              </w:rPr>
              <w:t>- tai ryhmätyönä</w:t>
            </w:r>
            <w:r w:rsidR="00323AD2">
              <w:rPr>
                <w:lang w:val="fi-FI"/>
              </w:rPr>
              <w:t xml:space="preserve"> opinnäytetyönsä</w:t>
            </w:r>
            <w:r w:rsidRPr="009C08C6">
              <w:rPr>
                <w:lang w:val="fi-FI"/>
              </w:rPr>
              <w:t xml:space="preserve"> tekevät opiskelijat </w:t>
            </w:r>
            <w:r w:rsidR="00323AD2">
              <w:rPr>
                <w:lang w:val="fi-FI"/>
              </w:rPr>
              <w:t>sopivat opinnäytetyön tekemisen pelisäännöistä</w:t>
            </w:r>
            <w:r w:rsidRPr="009C08C6">
              <w:rPr>
                <w:lang w:val="fi-FI"/>
              </w:rPr>
              <w:t xml:space="preserve"> yhteisessä tapaamisessaan.</w:t>
            </w:r>
            <w:r w:rsidRPr="009C08C6">
              <w:rPr>
                <w:lang w:val="fi-FI"/>
              </w:rPr>
              <w:br/>
            </w:r>
            <w:r w:rsidR="00323AD2">
              <w:rPr>
                <w:lang w:val="fi-FI"/>
              </w:rPr>
              <w:t>Ohjaaja ei osallistu opiskelijoiden pelisääntökeskusteluun.</w:t>
            </w:r>
            <w:r w:rsidRPr="009C08C6">
              <w:rPr>
                <w:lang w:val="fi-FI"/>
              </w:rPr>
              <w:br/>
            </w:r>
            <w:r w:rsidR="00323AD2">
              <w:rPr>
                <w:lang w:val="fi-FI"/>
              </w:rPr>
              <w:t xml:space="preserve">Pelisääntölomaketta </w:t>
            </w:r>
            <w:r w:rsidRPr="009C08C6">
              <w:rPr>
                <w:lang w:val="fi-FI"/>
              </w:rPr>
              <w:t xml:space="preserve">ei tallenneta </w:t>
            </w:r>
            <w:proofErr w:type="spellStart"/>
            <w:r w:rsidRPr="009C08C6">
              <w:rPr>
                <w:lang w:val="fi-FI"/>
              </w:rPr>
              <w:t>Wihiin</w:t>
            </w:r>
            <w:proofErr w:type="spellEnd"/>
            <w:r w:rsidRPr="009C08C6">
              <w:rPr>
                <w:lang w:val="fi-FI"/>
              </w:rPr>
              <w:t xml:space="preserve"> eikä näytetä ohjaajalle.</w:t>
            </w:r>
            <w:r w:rsidRPr="009C08C6">
              <w:rPr>
                <w:lang w:val="fi-FI"/>
              </w:rPr>
              <w:br/>
              <w:t xml:space="preserve">Opiskelijat voivat hyväksyä </w:t>
            </w:r>
            <w:r w:rsidR="00323AD2">
              <w:rPr>
                <w:lang w:val="fi-FI"/>
              </w:rPr>
              <w:t>pelisäännöt</w:t>
            </w:r>
            <w:r w:rsidRPr="009C08C6">
              <w:rPr>
                <w:lang w:val="fi-FI"/>
              </w:rPr>
              <w:t xml:space="preserve"> haluamallaan tavalla, esimerkiksi toteamalla hyväksynnän yhteisessä tapaamisessa tai kierrättämällä dokumenttia sähköpostitse niin, että jokainen kuittaa </w:t>
            </w:r>
            <w:r w:rsidR="00323AD2">
              <w:rPr>
                <w:lang w:val="fi-FI"/>
              </w:rPr>
              <w:t>ne</w:t>
            </w:r>
            <w:r w:rsidRPr="009C08C6">
              <w:rPr>
                <w:lang w:val="fi-FI"/>
              </w:rPr>
              <w:t xml:space="preserve"> hyväksytyksi ”ok”-vastauksellaan.</w:t>
            </w:r>
          </w:p>
        </w:tc>
      </w:tr>
    </w:tbl>
    <w:p w14:paraId="749EC601" w14:textId="77777777" w:rsidR="001D57DE" w:rsidRPr="009C08C6" w:rsidRDefault="001D57DE">
      <w:pPr>
        <w:rPr>
          <w:lang w:val="fi-FI"/>
        </w:rPr>
      </w:pPr>
    </w:p>
    <w:p w14:paraId="0A1F0E6D" w14:textId="68AC50B8" w:rsidR="001D57DE" w:rsidRDefault="00000000">
      <w:r w:rsidRPr="009C08C6">
        <w:rPr>
          <w:b/>
          <w:lang w:val="fi-FI"/>
        </w:rPr>
        <w:t>Sitoutumislauseke</w:t>
      </w:r>
      <w:r w:rsidR="009C08C6">
        <w:rPr>
          <w:b/>
          <w:lang w:val="fi-FI"/>
        </w:rPr>
        <w:t>:</w:t>
      </w:r>
      <w:r w:rsidRPr="009C08C6">
        <w:rPr>
          <w:b/>
          <w:lang w:val="fi-FI"/>
        </w:rPr>
        <w:t xml:space="preserve"> Me, </w:t>
      </w:r>
      <w:r w:rsidR="00323AD2">
        <w:rPr>
          <w:b/>
          <w:lang w:val="fi-FI"/>
        </w:rPr>
        <w:t xml:space="preserve">nämä pelisäännöt </w:t>
      </w:r>
      <w:r w:rsidRPr="009C08C6">
        <w:rPr>
          <w:b/>
          <w:lang w:val="fi-FI"/>
        </w:rPr>
        <w:t xml:space="preserve">hyväksyneet opiskelijat, sitoudumme tekemään opinnäytetyötä aktiivisesti, vastuullisesti ja sovitun aikataulun mukaisesti. Sitoudumme osallistumaan yhteisiin tapaamisiin, viestimään viiveettä etenemisestä ja mahdollisista esteistä sekä tekemään parhaamme, jotta työ valmistuu sovitussa laajuudessa ja laadussa. </w:t>
      </w:r>
      <w:proofErr w:type="spellStart"/>
      <w:r>
        <w:rPr>
          <w:b/>
        </w:rPr>
        <w:t>Sitoudumme</w:t>
      </w:r>
      <w:proofErr w:type="spellEnd"/>
      <w:r>
        <w:rPr>
          <w:b/>
        </w:rPr>
        <w:t xml:space="preserve"> </w:t>
      </w:r>
      <w:proofErr w:type="spellStart"/>
      <w:r>
        <w:rPr>
          <w:b/>
        </w:rPr>
        <w:t>kunnioittavaan</w:t>
      </w:r>
      <w:proofErr w:type="spellEnd"/>
      <w:r>
        <w:rPr>
          <w:b/>
        </w:rPr>
        <w:t xml:space="preserve">, </w:t>
      </w:r>
      <w:proofErr w:type="spellStart"/>
      <w:r>
        <w:rPr>
          <w:b/>
        </w:rPr>
        <w:t>rakentavaan</w:t>
      </w:r>
      <w:proofErr w:type="spellEnd"/>
      <w:r>
        <w:rPr>
          <w:b/>
        </w:rPr>
        <w:t xml:space="preserve"> ja tulokselliseen yhteistyöhön.</w:t>
      </w:r>
    </w:p>
    <w:p w14:paraId="64791B06" w14:textId="77777777" w:rsidR="001D57DE" w:rsidRDefault="00000000">
      <w:pPr>
        <w:pStyle w:val="Heading1Custom"/>
        <w:spacing w:before="120" w:after="80"/>
      </w:pPr>
      <w:r>
        <w:t>1. Perustiedot</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3402"/>
        <w:gridCol w:w="5556"/>
      </w:tblGrid>
      <w:tr w:rsidR="001D57DE" w14:paraId="3B61C406" w14:textId="77777777">
        <w:trPr>
          <w:jc w:val="center"/>
        </w:trPr>
        <w:tc>
          <w:tcPr>
            <w:tcW w:w="3402" w:type="dxa"/>
            <w:shd w:val="clear" w:color="auto" w:fill="EEF3F8"/>
            <w:tcMar>
              <w:top w:w="90" w:type="dxa"/>
              <w:left w:w="100" w:type="dxa"/>
              <w:bottom w:w="90" w:type="dxa"/>
              <w:right w:w="100" w:type="dxa"/>
            </w:tcMar>
            <w:vAlign w:val="center"/>
          </w:tcPr>
          <w:p w14:paraId="150EB490" w14:textId="77777777" w:rsidR="001D57DE" w:rsidRDefault="00000000">
            <w:r>
              <w:t>Korkeakoulu / koulutus</w:t>
            </w:r>
          </w:p>
        </w:tc>
        <w:tc>
          <w:tcPr>
            <w:tcW w:w="5556" w:type="dxa"/>
            <w:tcMar>
              <w:top w:w="90" w:type="dxa"/>
              <w:left w:w="100" w:type="dxa"/>
              <w:bottom w:w="90" w:type="dxa"/>
              <w:right w:w="100" w:type="dxa"/>
            </w:tcMar>
            <w:vAlign w:val="center"/>
          </w:tcPr>
          <w:p w14:paraId="7031A3B2" w14:textId="77777777" w:rsidR="001D57DE" w:rsidRDefault="00000000">
            <w:r>
              <w:t xml:space="preserve"> </w:t>
            </w:r>
          </w:p>
        </w:tc>
      </w:tr>
      <w:tr w:rsidR="001D57DE" w14:paraId="13F1CC8B" w14:textId="77777777">
        <w:trPr>
          <w:jc w:val="center"/>
        </w:trPr>
        <w:tc>
          <w:tcPr>
            <w:tcW w:w="3402" w:type="dxa"/>
            <w:shd w:val="clear" w:color="auto" w:fill="EEF3F8"/>
            <w:tcMar>
              <w:top w:w="90" w:type="dxa"/>
              <w:left w:w="100" w:type="dxa"/>
              <w:bottom w:w="90" w:type="dxa"/>
              <w:right w:w="100" w:type="dxa"/>
            </w:tcMar>
            <w:vAlign w:val="center"/>
          </w:tcPr>
          <w:p w14:paraId="30A9E46F" w14:textId="77777777" w:rsidR="001D57DE" w:rsidRDefault="00000000">
            <w:r>
              <w:t>Opinnäytetyön nimi / työotsikko</w:t>
            </w:r>
          </w:p>
        </w:tc>
        <w:tc>
          <w:tcPr>
            <w:tcW w:w="5556" w:type="dxa"/>
            <w:tcMar>
              <w:top w:w="90" w:type="dxa"/>
              <w:left w:w="100" w:type="dxa"/>
              <w:bottom w:w="90" w:type="dxa"/>
              <w:right w:w="100" w:type="dxa"/>
            </w:tcMar>
            <w:vAlign w:val="center"/>
          </w:tcPr>
          <w:p w14:paraId="00AD5064" w14:textId="77777777" w:rsidR="001D57DE" w:rsidRDefault="00000000">
            <w:r>
              <w:t xml:space="preserve"> </w:t>
            </w:r>
          </w:p>
        </w:tc>
      </w:tr>
      <w:tr w:rsidR="001D57DE" w14:paraId="08EF6949" w14:textId="77777777">
        <w:trPr>
          <w:jc w:val="center"/>
        </w:trPr>
        <w:tc>
          <w:tcPr>
            <w:tcW w:w="3402" w:type="dxa"/>
            <w:shd w:val="clear" w:color="auto" w:fill="EEF3F8"/>
            <w:tcMar>
              <w:top w:w="90" w:type="dxa"/>
              <w:left w:w="100" w:type="dxa"/>
              <w:bottom w:w="90" w:type="dxa"/>
              <w:right w:w="100" w:type="dxa"/>
            </w:tcMar>
            <w:vAlign w:val="center"/>
          </w:tcPr>
          <w:p w14:paraId="3E40BD86" w14:textId="77777777" w:rsidR="001D57DE" w:rsidRDefault="00000000">
            <w:r>
              <w:t>Ohjaaja</w:t>
            </w:r>
          </w:p>
        </w:tc>
        <w:tc>
          <w:tcPr>
            <w:tcW w:w="5556" w:type="dxa"/>
            <w:tcMar>
              <w:top w:w="90" w:type="dxa"/>
              <w:left w:w="100" w:type="dxa"/>
              <w:bottom w:w="90" w:type="dxa"/>
              <w:right w:w="100" w:type="dxa"/>
            </w:tcMar>
            <w:vAlign w:val="center"/>
          </w:tcPr>
          <w:p w14:paraId="54B39888" w14:textId="77777777" w:rsidR="001D57DE" w:rsidRDefault="00000000">
            <w:r>
              <w:t xml:space="preserve"> </w:t>
            </w:r>
          </w:p>
        </w:tc>
      </w:tr>
      <w:tr w:rsidR="001D57DE" w14:paraId="4F2B08DD" w14:textId="77777777">
        <w:trPr>
          <w:jc w:val="center"/>
        </w:trPr>
        <w:tc>
          <w:tcPr>
            <w:tcW w:w="3402" w:type="dxa"/>
            <w:shd w:val="clear" w:color="auto" w:fill="EEF3F8"/>
            <w:tcMar>
              <w:top w:w="90" w:type="dxa"/>
              <w:left w:w="100" w:type="dxa"/>
              <w:bottom w:w="90" w:type="dxa"/>
              <w:right w:w="100" w:type="dxa"/>
            </w:tcMar>
            <w:vAlign w:val="center"/>
          </w:tcPr>
          <w:p w14:paraId="63A6BAC2" w14:textId="77777777" w:rsidR="001D57DE" w:rsidRDefault="00000000">
            <w:r>
              <w:t>Tilaaja</w:t>
            </w:r>
          </w:p>
        </w:tc>
        <w:tc>
          <w:tcPr>
            <w:tcW w:w="5556" w:type="dxa"/>
            <w:tcMar>
              <w:top w:w="90" w:type="dxa"/>
              <w:left w:w="100" w:type="dxa"/>
              <w:bottom w:w="90" w:type="dxa"/>
              <w:right w:w="100" w:type="dxa"/>
            </w:tcMar>
            <w:vAlign w:val="center"/>
          </w:tcPr>
          <w:p w14:paraId="0E5788E2" w14:textId="77777777" w:rsidR="001D57DE" w:rsidRDefault="00000000">
            <w:r>
              <w:t xml:space="preserve"> </w:t>
            </w:r>
          </w:p>
        </w:tc>
      </w:tr>
      <w:tr w:rsidR="001D57DE" w14:paraId="3ACBA4DB" w14:textId="77777777">
        <w:trPr>
          <w:jc w:val="center"/>
        </w:trPr>
        <w:tc>
          <w:tcPr>
            <w:tcW w:w="3402" w:type="dxa"/>
            <w:shd w:val="clear" w:color="auto" w:fill="EEF3F8"/>
            <w:tcMar>
              <w:top w:w="90" w:type="dxa"/>
              <w:left w:w="100" w:type="dxa"/>
              <w:bottom w:w="90" w:type="dxa"/>
              <w:right w:w="100" w:type="dxa"/>
            </w:tcMar>
            <w:vAlign w:val="center"/>
          </w:tcPr>
          <w:p w14:paraId="40FFDA0E" w14:textId="77777777" w:rsidR="001D57DE" w:rsidRDefault="00000000">
            <w:r>
              <w:t>Sopimuksen päivämäärä</w:t>
            </w:r>
          </w:p>
        </w:tc>
        <w:tc>
          <w:tcPr>
            <w:tcW w:w="5556" w:type="dxa"/>
            <w:tcMar>
              <w:top w:w="90" w:type="dxa"/>
              <w:left w:w="100" w:type="dxa"/>
              <w:bottom w:w="90" w:type="dxa"/>
              <w:right w:w="100" w:type="dxa"/>
            </w:tcMar>
            <w:vAlign w:val="center"/>
          </w:tcPr>
          <w:p w14:paraId="325D27C6" w14:textId="77777777" w:rsidR="001D57DE" w:rsidRDefault="00000000">
            <w:r>
              <w:t>____ / ____ / 20____</w:t>
            </w:r>
          </w:p>
        </w:tc>
      </w:tr>
    </w:tbl>
    <w:p w14:paraId="31803BCD" w14:textId="77777777" w:rsidR="001D57DE" w:rsidRDefault="00000000">
      <w:pPr>
        <w:pStyle w:val="Heading1Custom"/>
        <w:spacing w:before="120" w:after="80"/>
      </w:pPr>
      <w:r>
        <w:t>2. Osapuolet (opiskelijat)</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4873"/>
        <w:gridCol w:w="4873"/>
      </w:tblGrid>
      <w:tr w:rsidR="001D57DE" w14:paraId="69F91EDB" w14:textId="77777777">
        <w:trPr>
          <w:jc w:val="center"/>
        </w:trPr>
        <w:tc>
          <w:tcPr>
            <w:tcW w:w="4873" w:type="dxa"/>
            <w:shd w:val="clear" w:color="auto" w:fill="DCE6F1"/>
            <w:tcMar>
              <w:top w:w="90" w:type="dxa"/>
              <w:left w:w="100" w:type="dxa"/>
              <w:bottom w:w="90" w:type="dxa"/>
              <w:right w:w="100" w:type="dxa"/>
            </w:tcMar>
          </w:tcPr>
          <w:p w14:paraId="1F8303F0" w14:textId="77777777" w:rsidR="001D57DE" w:rsidRDefault="00000000">
            <w:r>
              <w:t>Nimi</w:t>
            </w:r>
          </w:p>
        </w:tc>
        <w:tc>
          <w:tcPr>
            <w:tcW w:w="4873" w:type="dxa"/>
            <w:shd w:val="clear" w:color="auto" w:fill="DCE6F1"/>
            <w:tcMar>
              <w:top w:w="90" w:type="dxa"/>
              <w:left w:w="100" w:type="dxa"/>
              <w:bottom w:w="90" w:type="dxa"/>
              <w:right w:w="100" w:type="dxa"/>
            </w:tcMar>
          </w:tcPr>
          <w:p w14:paraId="003AC736" w14:textId="77777777" w:rsidR="001D57DE" w:rsidRDefault="00000000">
            <w:r>
              <w:t>Sähköposti</w:t>
            </w:r>
          </w:p>
        </w:tc>
      </w:tr>
      <w:tr w:rsidR="001D57DE" w14:paraId="5B1DF8F6" w14:textId="77777777">
        <w:trPr>
          <w:jc w:val="center"/>
        </w:trPr>
        <w:tc>
          <w:tcPr>
            <w:tcW w:w="4873" w:type="dxa"/>
            <w:tcMar>
              <w:top w:w="90" w:type="dxa"/>
              <w:left w:w="100" w:type="dxa"/>
              <w:bottom w:w="90" w:type="dxa"/>
              <w:right w:w="100" w:type="dxa"/>
            </w:tcMar>
          </w:tcPr>
          <w:p w14:paraId="1521B944" w14:textId="77777777" w:rsidR="001D57DE" w:rsidRDefault="00000000">
            <w:r>
              <w:t xml:space="preserve"> </w:t>
            </w:r>
          </w:p>
        </w:tc>
        <w:tc>
          <w:tcPr>
            <w:tcW w:w="4873" w:type="dxa"/>
            <w:tcMar>
              <w:top w:w="90" w:type="dxa"/>
              <w:left w:w="100" w:type="dxa"/>
              <w:bottom w:w="90" w:type="dxa"/>
              <w:right w:w="100" w:type="dxa"/>
            </w:tcMar>
          </w:tcPr>
          <w:p w14:paraId="49CD1150" w14:textId="77777777" w:rsidR="001D57DE" w:rsidRDefault="00000000">
            <w:r>
              <w:t xml:space="preserve"> </w:t>
            </w:r>
          </w:p>
        </w:tc>
      </w:tr>
      <w:tr w:rsidR="001D57DE" w14:paraId="3AAF0982" w14:textId="77777777">
        <w:trPr>
          <w:jc w:val="center"/>
        </w:trPr>
        <w:tc>
          <w:tcPr>
            <w:tcW w:w="4873" w:type="dxa"/>
            <w:tcMar>
              <w:top w:w="90" w:type="dxa"/>
              <w:left w:w="100" w:type="dxa"/>
              <w:bottom w:w="90" w:type="dxa"/>
              <w:right w:w="100" w:type="dxa"/>
            </w:tcMar>
          </w:tcPr>
          <w:p w14:paraId="27E4D979" w14:textId="77777777" w:rsidR="001D57DE" w:rsidRDefault="00000000">
            <w:r>
              <w:t xml:space="preserve"> </w:t>
            </w:r>
          </w:p>
        </w:tc>
        <w:tc>
          <w:tcPr>
            <w:tcW w:w="4873" w:type="dxa"/>
            <w:tcMar>
              <w:top w:w="90" w:type="dxa"/>
              <w:left w:w="100" w:type="dxa"/>
              <w:bottom w:w="90" w:type="dxa"/>
              <w:right w:w="100" w:type="dxa"/>
            </w:tcMar>
          </w:tcPr>
          <w:p w14:paraId="1177C436" w14:textId="77777777" w:rsidR="001D57DE" w:rsidRDefault="00000000">
            <w:r>
              <w:t xml:space="preserve"> </w:t>
            </w:r>
          </w:p>
        </w:tc>
      </w:tr>
      <w:tr w:rsidR="001D57DE" w14:paraId="5E1A8340" w14:textId="77777777">
        <w:trPr>
          <w:jc w:val="center"/>
        </w:trPr>
        <w:tc>
          <w:tcPr>
            <w:tcW w:w="4873" w:type="dxa"/>
            <w:tcMar>
              <w:top w:w="90" w:type="dxa"/>
              <w:left w:w="100" w:type="dxa"/>
              <w:bottom w:w="90" w:type="dxa"/>
              <w:right w:w="100" w:type="dxa"/>
            </w:tcMar>
          </w:tcPr>
          <w:p w14:paraId="680C9B6A" w14:textId="77777777" w:rsidR="001D57DE" w:rsidRDefault="00000000">
            <w:r>
              <w:t xml:space="preserve"> </w:t>
            </w:r>
          </w:p>
        </w:tc>
        <w:tc>
          <w:tcPr>
            <w:tcW w:w="4873" w:type="dxa"/>
            <w:tcMar>
              <w:top w:w="90" w:type="dxa"/>
              <w:left w:w="100" w:type="dxa"/>
              <w:bottom w:w="90" w:type="dxa"/>
              <w:right w:w="100" w:type="dxa"/>
            </w:tcMar>
          </w:tcPr>
          <w:p w14:paraId="46B30D85" w14:textId="77777777" w:rsidR="001D57DE" w:rsidRDefault="00000000">
            <w:r>
              <w:t xml:space="preserve"> </w:t>
            </w:r>
          </w:p>
        </w:tc>
      </w:tr>
    </w:tbl>
    <w:p w14:paraId="3A2A2995" w14:textId="77777777" w:rsidR="001D57DE" w:rsidRPr="009C08C6" w:rsidRDefault="00000000">
      <w:pPr>
        <w:pStyle w:val="Heading1Custom"/>
        <w:spacing w:before="120" w:after="80"/>
        <w:rPr>
          <w:lang w:val="fi-FI"/>
        </w:rPr>
      </w:pPr>
      <w:r w:rsidRPr="009C08C6">
        <w:rPr>
          <w:lang w:val="fi-FI"/>
        </w:rPr>
        <w:lastRenderedPageBreak/>
        <w:t>3. Lyhyt kuvaus työn tavoitteesta ja rajauksesta</w:t>
      </w:r>
    </w:p>
    <w:p w14:paraId="7E8A1237" w14:textId="77777777" w:rsidR="001D57DE" w:rsidRDefault="00000000">
      <w:pPr>
        <w:spacing w:after="20"/>
      </w:pPr>
      <w:r>
        <w:t>................................................................................................................................................</w:t>
      </w:r>
    </w:p>
    <w:p w14:paraId="11E9C710" w14:textId="77777777" w:rsidR="001D57DE" w:rsidRDefault="00000000">
      <w:pPr>
        <w:spacing w:after="20"/>
      </w:pPr>
      <w:r>
        <w:t>................................................................................................................................................</w:t>
      </w:r>
    </w:p>
    <w:p w14:paraId="508666AF" w14:textId="77777777" w:rsidR="001D57DE" w:rsidRDefault="00000000">
      <w:pPr>
        <w:spacing w:after="20"/>
      </w:pPr>
      <w:r>
        <w:t>................................................................................................................................................</w:t>
      </w:r>
    </w:p>
    <w:p w14:paraId="4F1E386A" w14:textId="77777777" w:rsidR="001D57DE" w:rsidRDefault="00000000">
      <w:pPr>
        <w:spacing w:after="20"/>
      </w:pPr>
      <w:r>
        <w:t>................................................................................................................................................</w:t>
      </w:r>
    </w:p>
    <w:p w14:paraId="5567297A" w14:textId="77777777" w:rsidR="001D57DE" w:rsidRDefault="00000000">
      <w:pPr>
        <w:pStyle w:val="Heading1Custom"/>
        <w:spacing w:before="120" w:after="80"/>
      </w:pPr>
      <w:r>
        <w:t>4. Työskentelytapa ja viestintä</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3402"/>
        <w:gridCol w:w="5556"/>
      </w:tblGrid>
      <w:tr w:rsidR="001D57DE" w14:paraId="1C818299" w14:textId="77777777">
        <w:trPr>
          <w:jc w:val="center"/>
        </w:trPr>
        <w:tc>
          <w:tcPr>
            <w:tcW w:w="3402" w:type="dxa"/>
            <w:shd w:val="clear" w:color="auto" w:fill="EEF3F8"/>
            <w:tcMar>
              <w:top w:w="90" w:type="dxa"/>
              <w:left w:w="100" w:type="dxa"/>
              <w:bottom w:w="90" w:type="dxa"/>
              <w:right w:w="100" w:type="dxa"/>
            </w:tcMar>
          </w:tcPr>
          <w:p w14:paraId="71AF0788" w14:textId="77777777" w:rsidR="001D57DE" w:rsidRDefault="00000000">
            <w:r>
              <w:t>Pääasiallinen viestintäkanava</w:t>
            </w:r>
          </w:p>
        </w:tc>
        <w:tc>
          <w:tcPr>
            <w:tcW w:w="5556" w:type="dxa"/>
            <w:tcMar>
              <w:top w:w="90" w:type="dxa"/>
              <w:left w:w="100" w:type="dxa"/>
              <w:bottom w:w="90" w:type="dxa"/>
              <w:right w:w="100" w:type="dxa"/>
            </w:tcMar>
          </w:tcPr>
          <w:p w14:paraId="62C0E0EB" w14:textId="77777777" w:rsidR="001D57DE" w:rsidRDefault="00000000">
            <w:r>
              <w:t>☐</w:t>
            </w:r>
            <w:r>
              <w:t xml:space="preserve"> Teams    ☐ WhatsApp    ☐ sähköposti    ☐ Muu: _______________________</w:t>
            </w:r>
          </w:p>
        </w:tc>
      </w:tr>
      <w:tr w:rsidR="001D57DE" w14:paraId="59D150B2" w14:textId="77777777">
        <w:trPr>
          <w:jc w:val="center"/>
        </w:trPr>
        <w:tc>
          <w:tcPr>
            <w:tcW w:w="3402" w:type="dxa"/>
            <w:shd w:val="clear" w:color="auto" w:fill="EEF3F8"/>
            <w:tcMar>
              <w:top w:w="90" w:type="dxa"/>
              <w:left w:w="100" w:type="dxa"/>
              <w:bottom w:w="90" w:type="dxa"/>
              <w:right w:w="100" w:type="dxa"/>
            </w:tcMar>
          </w:tcPr>
          <w:p w14:paraId="2F7BD849" w14:textId="77777777" w:rsidR="001D57DE" w:rsidRDefault="00000000">
            <w:r>
              <w:t>Yhteiset työtilat</w:t>
            </w:r>
          </w:p>
        </w:tc>
        <w:tc>
          <w:tcPr>
            <w:tcW w:w="5556" w:type="dxa"/>
            <w:tcMar>
              <w:top w:w="90" w:type="dxa"/>
              <w:left w:w="100" w:type="dxa"/>
              <w:bottom w:w="90" w:type="dxa"/>
              <w:right w:w="100" w:type="dxa"/>
            </w:tcMar>
          </w:tcPr>
          <w:p w14:paraId="3D2544E8" w14:textId="77777777" w:rsidR="001D57DE" w:rsidRDefault="00000000">
            <w:r>
              <w:t>________________________________________________________________________</w:t>
            </w:r>
          </w:p>
        </w:tc>
      </w:tr>
      <w:tr w:rsidR="001D57DE" w:rsidRPr="009C08C6" w14:paraId="044F1A5B" w14:textId="77777777">
        <w:trPr>
          <w:jc w:val="center"/>
        </w:trPr>
        <w:tc>
          <w:tcPr>
            <w:tcW w:w="3402" w:type="dxa"/>
            <w:shd w:val="clear" w:color="auto" w:fill="EEF3F8"/>
            <w:tcMar>
              <w:top w:w="90" w:type="dxa"/>
              <w:left w:w="100" w:type="dxa"/>
              <w:bottom w:w="90" w:type="dxa"/>
              <w:right w:w="100" w:type="dxa"/>
            </w:tcMar>
          </w:tcPr>
          <w:p w14:paraId="4E11A364" w14:textId="77777777" w:rsidR="001D57DE" w:rsidRDefault="00000000">
            <w:r>
              <w:t>Tapaamisrytmi</w:t>
            </w:r>
          </w:p>
        </w:tc>
        <w:tc>
          <w:tcPr>
            <w:tcW w:w="5556" w:type="dxa"/>
            <w:tcMar>
              <w:top w:w="90" w:type="dxa"/>
              <w:left w:w="100" w:type="dxa"/>
              <w:bottom w:w="90" w:type="dxa"/>
              <w:right w:w="100" w:type="dxa"/>
            </w:tcMar>
          </w:tcPr>
          <w:p w14:paraId="15B60E4B" w14:textId="77777777" w:rsidR="001D57DE" w:rsidRPr="009C08C6" w:rsidRDefault="00000000">
            <w:pPr>
              <w:rPr>
                <w:lang w:val="fi-FI"/>
              </w:rPr>
            </w:pPr>
            <w:r w:rsidRPr="009C08C6">
              <w:rPr>
                <w:lang w:val="fi-FI"/>
              </w:rPr>
              <w:t>☐</w:t>
            </w:r>
            <w:r w:rsidRPr="009C08C6">
              <w:rPr>
                <w:lang w:val="fi-FI"/>
              </w:rPr>
              <w:t xml:space="preserve"> Viikoittain    ☐ Joka toinen viikko    ☐ Muu: _______________________</w:t>
            </w:r>
          </w:p>
        </w:tc>
      </w:tr>
      <w:tr w:rsidR="001D57DE" w14:paraId="3F8DFA57" w14:textId="77777777">
        <w:trPr>
          <w:jc w:val="center"/>
        </w:trPr>
        <w:tc>
          <w:tcPr>
            <w:tcW w:w="3402" w:type="dxa"/>
            <w:shd w:val="clear" w:color="auto" w:fill="EEF3F8"/>
            <w:tcMar>
              <w:top w:w="90" w:type="dxa"/>
              <w:left w:w="100" w:type="dxa"/>
              <w:bottom w:w="90" w:type="dxa"/>
              <w:right w:w="100" w:type="dxa"/>
            </w:tcMar>
          </w:tcPr>
          <w:p w14:paraId="69B2D6FE" w14:textId="77777777" w:rsidR="001D57DE" w:rsidRDefault="00000000">
            <w:proofErr w:type="spellStart"/>
            <w:r>
              <w:t>Ensisijaiset</w:t>
            </w:r>
            <w:proofErr w:type="spellEnd"/>
            <w:r>
              <w:t xml:space="preserve"> </w:t>
            </w:r>
            <w:proofErr w:type="spellStart"/>
            <w:r>
              <w:t>palaveripäivät</w:t>
            </w:r>
            <w:proofErr w:type="spellEnd"/>
            <w:r>
              <w:t xml:space="preserve"> ja -</w:t>
            </w:r>
            <w:proofErr w:type="spellStart"/>
            <w:r>
              <w:t>ajat</w:t>
            </w:r>
            <w:proofErr w:type="spellEnd"/>
          </w:p>
        </w:tc>
        <w:tc>
          <w:tcPr>
            <w:tcW w:w="5556" w:type="dxa"/>
            <w:tcMar>
              <w:top w:w="90" w:type="dxa"/>
              <w:left w:w="100" w:type="dxa"/>
              <w:bottom w:w="90" w:type="dxa"/>
              <w:right w:w="100" w:type="dxa"/>
            </w:tcMar>
          </w:tcPr>
          <w:p w14:paraId="0CEEC87C" w14:textId="77777777" w:rsidR="001D57DE" w:rsidRDefault="00000000">
            <w:r>
              <w:t>________________________________________________________________________</w:t>
            </w:r>
          </w:p>
        </w:tc>
      </w:tr>
      <w:tr w:rsidR="001D57DE" w:rsidRPr="009C08C6" w14:paraId="2E5AA8C8" w14:textId="77777777">
        <w:trPr>
          <w:jc w:val="center"/>
        </w:trPr>
        <w:tc>
          <w:tcPr>
            <w:tcW w:w="3402" w:type="dxa"/>
            <w:shd w:val="clear" w:color="auto" w:fill="EEF3F8"/>
            <w:tcMar>
              <w:top w:w="90" w:type="dxa"/>
              <w:left w:w="100" w:type="dxa"/>
              <w:bottom w:w="90" w:type="dxa"/>
              <w:right w:w="100" w:type="dxa"/>
            </w:tcMar>
          </w:tcPr>
          <w:p w14:paraId="44C9A569" w14:textId="77777777" w:rsidR="001D57DE" w:rsidRDefault="00000000">
            <w:r>
              <w:t>Vastausaika viesteihin</w:t>
            </w:r>
          </w:p>
        </w:tc>
        <w:tc>
          <w:tcPr>
            <w:tcW w:w="5556" w:type="dxa"/>
            <w:tcMar>
              <w:top w:w="90" w:type="dxa"/>
              <w:left w:w="100" w:type="dxa"/>
              <w:bottom w:w="90" w:type="dxa"/>
              <w:right w:w="100" w:type="dxa"/>
            </w:tcMar>
          </w:tcPr>
          <w:p w14:paraId="06DB83C4" w14:textId="77777777" w:rsidR="001D57DE" w:rsidRPr="009C08C6" w:rsidRDefault="00000000">
            <w:pPr>
              <w:rPr>
                <w:lang w:val="fi-FI"/>
              </w:rPr>
            </w:pPr>
            <w:r w:rsidRPr="009C08C6">
              <w:rPr>
                <w:lang w:val="fi-FI"/>
              </w:rPr>
              <w:t>Viesteihin vastataan pääsääntöisesti ______ arkipäivän kuluessa.</w:t>
            </w:r>
          </w:p>
        </w:tc>
      </w:tr>
    </w:tbl>
    <w:p w14:paraId="6709CB6F" w14:textId="77777777" w:rsidR="001D57DE" w:rsidRPr="009C08C6" w:rsidRDefault="00000000">
      <w:pPr>
        <w:pStyle w:val="Heading1Custom"/>
        <w:spacing w:before="120" w:after="80"/>
        <w:rPr>
          <w:lang w:val="fi-FI"/>
        </w:rPr>
      </w:pPr>
      <w:r w:rsidRPr="009C08C6">
        <w:rPr>
          <w:lang w:val="fi-FI"/>
        </w:rPr>
        <w:t>5. Tehtävät ja vastuunjako</w:t>
      </w:r>
    </w:p>
    <w:p w14:paraId="7DCE45CD" w14:textId="51FA9CE4" w:rsidR="001D57DE" w:rsidRPr="009C08C6" w:rsidRDefault="00000000">
      <w:pPr>
        <w:spacing w:after="100"/>
        <w:rPr>
          <w:lang w:val="fi-FI"/>
        </w:rPr>
      </w:pPr>
      <w:r w:rsidRPr="009C08C6">
        <w:rPr>
          <w:b/>
          <w:lang w:val="fi-FI"/>
        </w:rPr>
        <w:t>Työmäärän periaate</w:t>
      </w:r>
      <w:r w:rsidR="009C08C6">
        <w:rPr>
          <w:b/>
          <w:lang w:val="fi-FI"/>
        </w:rPr>
        <w:t>:</w:t>
      </w:r>
      <w:r w:rsidRPr="009C08C6">
        <w:rPr>
          <w:b/>
          <w:lang w:val="fi-FI"/>
        </w:rPr>
        <w:t xml:space="preserve"> Pyrimme jakamaan työmäärän mahdollisimman tasaisesti suhteessa opintopistemäärään ja osaamiseen. Kaikki vastaavat kokonaisuudesta yhdessä, mutta päävastuut selkeyttävät tekemistä.</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3249"/>
        <w:gridCol w:w="3249"/>
        <w:gridCol w:w="3249"/>
      </w:tblGrid>
      <w:tr w:rsidR="001D57DE" w14:paraId="66FAD854" w14:textId="77777777">
        <w:trPr>
          <w:jc w:val="center"/>
        </w:trPr>
        <w:tc>
          <w:tcPr>
            <w:tcW w:w="3249" w:type="dxa"/>
            <w:shd w:val="clear" w:color="auto" w:fill="DCE6F1"/>
            <w:tcMar>
              <w:top w:w="90" w:type="dxa"/>
              <w:left w:w="100" w:type="dxa"/>
              <w:bottom w:w="90" w:type="dxa"/>
              <w:right w:w="100" w:type="dxa"/>
            </w:tcMar>
          </w:tcPr>
          <w:p w14:paraId="6D58B990" w14:textId="77777777" w:rsidR="001D57DE" w:rsidRDefault="00000000">
            <w:proofErr w:type="spellStart"/>
            <w:r>
              <w:t>Opiskelija</w:t>
            </w:r>
            <w:proofErr w:type="spellEnd"/>
          </w:p>
        </w:tc>
        <w:tc>
          <w:tcPr>
            <w:tcW w:w="3249" w:type="dxa"/>
            <w:shd w:val="clear" w:color="auto" w:fill="DCE6F1"/>
            <w:tcMar>
              <w:top w:w="90" w:type="dxa"/>
              <w:left w:w="100" w:type="dxa"/>
              <w:bottom w:w="90" w:type="dxa"/>
              <w:right w:w="100" w:type="dxa"/>
            </w:tcMar>
          </w:tcPr>
          <w:p w14:paraId="7FD3BF52" w14:textId="77777777" w:rsidR="001D57DE" w:rsidRDefault="00000000">
            <w:r>
              <w:t>Tehtävät</w:t>
            </w:r>
          </w:p>
        </w:tc>
        <w:tc>
          <w:tcPr>
            <w:tcW w:w="3249" w:type="dxa"/>
            <w:shd w:val="clear" w:color="auto" w:fill="DCE6F1"/>
            <w:tcMar>
              <w:top w:w="90" w:type="dxa"/>
              <w:left w:w="100" w:type="dxa"/>
              <w:bottom w:w="90" w:type="dxa"/>
              <w:right w:w="100" w:type="dxa"/>
            </w:tcMar>
          </w:tcPr>
          <w:p w14:paraId="795FB049" w14:textId="77777777" w:rsidR="001D57DE" w:rsidRDefault="00000000">
            <w:r>
              <w:t>Päävastuut</w:t>
            </w:r>
          </w:p>
        </w:tc>
      </w:tr>
      <w:tr w:rsidR="001D57DE" w14:paraId="0C1E4BB0" w14:textId="77777777">
        <w:trPr>
          <w:jc w:val="center"/>
        </w:trPr>
        <w:tc>
          <w:tcPr>
            <w:tcW w:w="3249" w:type="dxa"/>
            <w:tcMar>
              <w:top w:w="90" w:type="dxa"/>
              <w:left w:w="100" w:type="dxa"/>
              <w:bottom w:w="90" w:type="dxa"/>
              <w:right w:w="100" w:type="dxa"/>
            </w:tcMar>
          </w:tcPr>
          <w:p w14:paraId="4049F970" w14:textId="77777777" w:rsidR="001D57DE" w:rsidRDefault="00000000">
            <w:r>
              <w:t xml:space="preserve"> </w:t>
            </w:r>
          </w:p>
        </w:tc>
        <w:tc>
          <w:tcPr>
            <w:tcW w:w="3249" w:type="dxa"/>
            <w:tcMar>
              <w:top w:w="90" w:type="dxa"/>
              <w:left w:w="100" w:type="dxa"/>
              <w:bottom w:w="90" w:type="dxa"/>
              <w:right w:w="100" w:type="dxa"/>
            </w:tcMar>
          </w:tcPr>
          <w:p w14:paraId="70F31F3E" w14:textId="77777777" w:rsidR="001D57DE" w:rsidRDefault="00000000">
            <w:r>
              <w:t xml:space="preserve"> </w:t>
            </w:r>
          </w:p>
        </w:tc>
        <w:tc>
          <w:tcPr>
            <w:tcW w:w="3249" w:type="dxa"/>
            <w:tcMar>
              <w:top w:w="90" w:type="dxa"/>
              <w:left w:w="100" w:type="dxa"/>
              <w:bottom w:w="90" w:type="dxa"/>
              <w:right w:w="100" w:type="dxa"/>
            </w:tcMar>
          </w:tcPr>
          <w:p w14:paraId="3A027A65" w14:textId="77777777" w:rsidR="001D57DE" w:rsidRDefault="00000000">
            <w:r>
              <w:t xml:space="preserve"> </w:t>
            </w:r>
          </w:p>
        </w:tc>
      </w:tr>
      <w:tr w:rsidR="001D57DE" w14:paraId="0FCB3736" w14:textId="77777777">
        <w:trPr>
          <w:jc w:val="center"/>
        </w:trPr>
        <w:tc>
          <w:tcPr>
            <w:tcW w:w="3249" w:type="dxa"/>
            <w:tcMar>
              <w:top w:w="90" w:type="dxa"/>
              <w:left w:w="100" w:type="dxa"/>
              <w:bottom w:w="90" w:type="dxa"/>
              <w:right w:w="100" w:type="dxa"/>
            </w:tcMar>
          </w:tcPr>
          <w:p w14:paraId="014A4DFF" w14:textId="77777777" w:rsidR="001D57DE" w:rsidRDefault="00000000">
            <w:r>
              <w:t xml:space="preserve"> </w:t>
            </w:r>
          </w:p>
        </w:tc>
        <w:tc>
          <w:tcPr>
            <w:tcW w:w="3249" w:type="dxa"/>
            <w:tcMar>
              <w:top w:w="90" w:type="dxa"/>
              <w:left w:w="100" w:type="dxa"/>
              <w:bottom w:w="90" w:type="dxa"/>
              <w:right w:w="100" w:type="dxa"/>
            </w:tcMar>
          </w:tcPr>
          <w:p w14:paraId="1A9EE5D0" w14:textId="77777777" w:rsidR="001D57DE" w:rsidRDefault="00000000">
            <w:r>
              <w:t xml:space="preserve"> </w:t>
            </w:r>
          </w:p>
        </w:tc>
        <w:tc>
          <w:tcPr>
            <w:tcW w:w="3249" w:type="dxa"/>
            <w:tcMar>
              <w:top w:w="90" w:type="dxa"/>
              <w:left w:w="100" w:type="dxa"/>
              <w:bottom w:w="90" w:type="dxa"/>
              <w:right w:w="100" w:type="dxa"/>
            </w:tcMar>
          </w:tcPr>
          <w:p w14:paraId="5CE31C8D" w14:textId="77777777" w:rsidR="001D57DE" w:rsidRDefault="00000000">
            <w:r>
              <w:t xml:space="preserve"> </w:t>
            </w:r>
          </w:p>
        </w:tc>
      </w:tr>
      <w:tr w:rsidR="001D57DE" w14:paraId="01F22DE2" w14:textId="77777777">
        <w:trPr>
          <w:jc w:val="center"/>
        </w:trPr>
        <w:tc>
          <w:tcPr>
            <w:tcW w:w="3249" w:type="dxa"/>
            <w:tcMar>
              <w:top w:w="90" w:type="dxa"/>
              <w:left w:w="100" w:type="dxa"/>
              <w:bottom w:w="90" w:type="dxa"/>
              <w:right w:w="100" w:type="dxa"/>
            </w:tcMar>
          </w:tcPr>
          <w:p w14:paraId="0211D6A8" w14:textId="77777777" w:rsidR="001D57DE" w:rsidRDefault="00000000">
            <w:r>
              <w:t xml:space="preserve"> </w:t>
            </w:r>
          </w:p>
        </w:tc>
        <w:tc>
          <w:tcPr>
            <w:tcW w:w="3249" w:type="dxa"/>
            <w:tcMar>
              <w:top w:w="90" w:type="dxa"/>
              <w:left w:w="100" w:type="dxa"/>
              <w:bottom w:w="90" w:type="dxa"/>
              <w:right w:w="100" w:type="dxa"/>
            </w:tcMar>
          </w:tcPr>
          <w:p w14:paraId="01649BD0" w14:textId="77777777" w:rsidR="001D57DE" w:rsidRDefault="00000000">
            <w:r>
              <w:t xml:space="preserve"> </w:t>
            </w:r>
          </w:p>
        </w:tc>
        <w:tc>
          <w:tcPr>
            <w:tcW w:w="3249" w:type="dxa"/>
            <w:tcMar>
              <w:top w:w="90" w:type="dxa"/>
              <w:left w:w="100" w:type="dxa"/>
              <w:bottom w:w="90" w:type="dxa"/>
              <w:right w:w="100" w:type="dxa"/>
            </w:tcMar>
          </w:tcPr>
          <w:p w14:paraId="0BBA378F" w14:textId="77777777" w:rsidR="001D57DE" w:rsidRDefault="00000000">
            <w:r>
              <w:t xml:space="preserve"> </w:t>
            </w:r>
          </w:p>
        </w:tc>
      </w:tr>
    </w:tbl>
    <w:p w14:paraId="42D6DBA6" w14:textId="77777777" w:rsidR="001D57DE" w:rsidRDefault="00000000">
      <w:pPr>
        <w:pStyle w:val="Heading1Custom"/>
        <w:spacing w:before="120" w:after="80"/>
      </w:pPr>
      <w:r>
        <w:t>6. Aikataulu</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5102"/>
        <w:gridCol w:w="3855"/>
      </w:tblGrid>
      <w:tr w:rsidR="001D57DE" w14:paraId="25ED345B" w14:textId="77777777">
        <w:trPr>
          <w:jc w:val="center"/>
        </w:trPr>
        <w:tc>
          <w:tcPr>
            <w:tcW w:w="5102" w:type="dxa"/>
            <w:shd w:val="clear" w:color="auto" w:fill="EEF3F8"/>
            <w:tcMar>
              <w:top w:w="90" w:type="dxa"/>
              <w:left w:w="100" w:type="dxa"/>
              <w:bottom w:w="90" w:type="dxa"/>
              <w:right w:w="100" w:type="dxa"/>
            </w:tcMar>
          </w:tcPr>
          <w:p w14:paraId="47B54335" w14:textId="77777777" w:rsidR="001D57DE" w:rsidRDefault="00000000">
            <w:r>
              <w:t>Aloituspalaveri ja työn käynnistyminen</w:t>
            </w:r>
          </w:p>
        </w:tc>
        <w:tc>
          <w:tcPr>
            <w:tcW w:w="3855" w:type="dxa"/>
            <w:tcMar>
              <w:top w:w="90" w:type="dxa"/>
              <w:left w:w="100" w:type="dxa"/>
              <w:bottom w:w="90" w:type="dxa"/>
              <w:right w:w="100" w:type="dxa"/>
            </w:tcMar>
          </w:tcPr>
          <w:p w14:paraId="0FE02B63" w14:textId="77777777" w:rsidR="001D57DE" w:rsidRDefault="00000000">
            <w:r>
              <w:t>____ / ____ / 20____</w:t>
            </w:r>
          </w:p>
        </w:tc>
      </w:tr>
      <w:tr w:rsidR="001D57DE" w14:paraId="08F01E0D" w14:textId="77777777">
        <w:trPr>
          <w:jc w:val="center"/>
        </w:trPr>
        <w:tc>
          <w:tcPr>
            <w:tcW w:w="5102" w:type="dxa"/>
            <w:shd w:val="clear" w:color="auto" w:fill="EEF3F8"/>
            <w:tcMar>
              <w:top w:w="90" w:type="dxa"/>
              <w:left w:w="100" w:type="dxa"/>
              <w:bottom w:w="90" w:type="dxa"/>
              <w:right w:w="100" w:type="dxa"/>
            </w:tcMar>
          </w:tcPr>
          <w:p w14:paraId="17FE542A" w14:textId="77777777" w:rsidR="001D57DE" w:rsidRDefault="00000000">
            <w:r>
              <w:lastRenderedPageBreak/>
              <w:t>Opinnäytetyösuunnitelma ja aineistonhallintasuunnitelma valmiina</w:t>
            </w:r>
          </w:p>
        </w:tc>
        <w:tc>
          <w:tcPr>
            <w:tcW w:w="3855" w:type="dxa"/>
            <w:tcMar>
              <w:top w:w="90" w:type="dxa"/>
              <w:left w:w="100" w:type="dxa"/>
              <w:bottom w:w="90" w:type="dxa"/>
              <w:right w:w="100" w:type="dxa"/>
            </w:tcMar>
          </w:tcPr>
          <w:p w14:paraId="12EF7F37" w14:textId="77777777" w:rsidR="001D57DE" w:rsidRDefault="00000000">
            <w:r>
              <w:t>____ / ____ / 20____</w:t>
            </w:r>
          </w:p>
        </w:tc>
      </w:tr>
      <w:tr w:rsidR="001D57DE" w14:paraId="117023EB" w14:textId="77777777">
        <w:trPr>
          <w:jc w:val="center"/>
        </w:trPr>
        <w:tc>
          <w:tcPr>
            <w:tcW w:w="5102" w:type="dxa"/>
            <w:shd w:val="clear" w:color="auto" w:fill="EEF3F8"/>
            <w:tcMar>
              <w:top w:w="90" w:type="dxa"/>
              <w:left w:w="100" w:type="dxa"/>
              <w:bottom w:w="90" w:type="dxa"/>
              <w:right w:w="100" w:type="dxa"/>
            </w:tcMar>
          </w:tcPr>
          <w:p w14:paraId="7EBD8D9E" w14:textId="77777777" w:rsidR="001D57DE" w:rsidRDefault="00000000">
            <w:r>
              <w:t>Tietoperusta / teoreettinen viitekehys valmiina</w:t>
            </w:r>
          </w:p>
        </w:tc>
        <w:tc>
          <w:tcPr>
            <w:tcW w:w="3855" w:type="dxa"/>
            <w:tcMar>
              <w:top w:w="90" w:type="dxa"/>
              <w:left w:w="100" w:type="dxa"/>
              <w:bottom w:w="90" w:type="dxa"/>
              <w:right w:w="100" w:type="dxa"/>
            </w:tcMar>
          </w:tcPr>
          <w:p w14:paraId="48EEEFBE" w14:textId="77777777" w:rsidR="001D57DE" w:rsidRDefault="00000000">
            <w:r>
              <w:t>____ / ____ / 20____</w:t>
            </w:r>
          </w:p>
        </w:tc>
      </w:tr>
      <w:tr w:rsidR="001D57DE" w14:paraId="06597BA6" w14:textId="77777777">
        <w:trPr>
          <w:jc w:val="center"/>
        </w:trPr>
        <w:tc>
          <w:tcPr>
            <w:tcW w:w="5102" w:type="dxa"/>
            <w:shd w:val="clear" w:color="auto" w:fill="EEF3F8"/>
            <w:tcMar>
              <w:top w:w="90" w:type="dxa"/>
              <w:left w:w="100" w:type="dxa"/>
              <w:bottom w:w="90" w:type="dxa"/>
              <w:right w:w="100" w:type="dxa"/>
            </w:tcMar>
          </w:tcPr>
          <w:p w14:paraId="161EA453" w14:textId="77777777" w:rsidR="001D57DE" w:rsidRDefault="00000000">
            <w:r>
              <w:t>Aineistonkeruu valmis</w:t>
            </w:r>
          </w:p>
        </w:tc>
        <w:tc>
          <w:tcPr>
            <w:tcW w:w="3855" w:type="dxa"/>
            <w:tcMar>
              <w:top w:w="90" w:type="dxa"/>
              <w:left w:w="100" w:type="dxa"/>
              <w:bottom w:w="90" w:type="dxa"/>
              <w:right w:w="100" w:type="dxa"/>
            </w:tcMar>
          </w:tcPr>
          <w:p w14:paraId="3092AF3D" w14:textId="77777777" w:rsidR="001D57DE" w:rsidRDefault="00000000">
            <w:r>
              <w:t>____ / ____ / 20____</w:t>
            </w:r>
          </w:p>
        </w:tc>
      </w:tr>
      <w:tr w:rsidR="001D57DE" w14:paraId="463FC6D0" w14:textId="77777777">
        <w:trPr>
          <w:jc w:val="center"/>
        </w:trPr>
        <w:tc>
          <w:tcPr>
            <w:tcW w:w="5102" w:type="dxa"/>
            <w:shd w:val="clear" w:color="auto" w:fill="EEF3F8"/>
            <w:tcMar>
              <w:top w:w="90" w:type="dxa"/>
              <w:left w:w="100" w:type="dxa"/>
              <w:bottom w:w="90" w:type="dxa"/>
              <w:right w:w="100" w:type="dxa"/>
            </w:tcMar>
          </w:tcPr>
          <w:p w14:paraId="31E94388" w14:textId="77777777" w:rsidR="001D57DE" w:rsidRDefault="00000000">
            <w:r>
              <w:t>Analyysi valmis</w:t>
            </w:r>
          </w:p>
        </w:tc>
        <w:tc>
          <w:tcPr>
            <w:tcW w:w="3855" w:type="dxa"/>
            <w:tcMar>
              <w:top w:w="90" w:type="dxa"/>
              <w:left w:w="100" w:type="dxa"/>
              <w:bottom w:w="90" w:type="dxa"/>
              <w:right w:w="100" w:type="dxa"/>
            </w:tcMar>
          </w:tcPr>
          <w:p w14:paraId="5CD08309" w14:textId="77777777" w:rsidR="001D57DE" w:rsidRDefault="00000000">
            <w:r>
              <w:t>____ / ____ / 20____</w:t>
            </w:r>
          </w:p>
        </w:tc>
      </w:tr>
      <w:tr w:rsidR="001D57DE" w14:paraId="5F484539" w14:textId="77777777">
        <w:trPr>
          <w:jc w:val="center"/>
        </w:trPr>
        <w:tc>
          <w:tcPr>
            <w:tcW w:w="5102" w:type="dxa"/>
            <w:shd w:val="clear" w:color="auto" w:fill="EEF3F8"/>
            <w:tcMar>
              <w:top w:w="90" w:type="dxa"/>
              <w:left w:w="100" w:type="dxa"/>
              <w:bottom w:w="90" w:type="dxa"/>
              <w:right w:w="100" w:type="dxa"/>
            </w:tcMar>
          </w:tcPr>
          <w:p w14:paraId="17BAEB89" w14:textId="3D2E5BE6" w:rsidR="001D57DE" w:rsidRDefault="00000000">
            <w:proofErr w:type="spellStart"/>
            <w:r>
              <w:t>Työ</w:t>
            </w:r>
            <w:proofErr w:type="spellEnd"/>
            <w:r>
              <w:t xml:space="preserve"> </w:t>
            </w:r>
            <w:proofErr w:type="spellStart"/>
            <w:r>
              <w:t>valmis</w:t>
            </w:r>
            <w:proofErr w:type="spellEnd"/>
            <w:r>
              <w:t xml:space="preserve"> </w:t>
            </w:r>
            <w:proofErr w:type="spellStart"/>
            <w:r>
              <w:t>e</w:t>
            </w:r>
            <w:r w:rsidR="00323AD2">
              <w:t>si</w:t>
            </w:r>
            <w:r>
              <w:t>tarkastukseen</w:t>
            </w:r>
            <w:proofErr w:type="spellEnd"/>
          </w:p>
        </w:tc>
        <w:tc>
          <w:tcPr>
            <w:tcW w:w="3855" w:type="dxa"/>
            <w:tcMar>
              <w:top w:w="90" w:type="dxa"/>
              <w:left w:w="100" w:type="dxa"/>
              <w:bottom w:w="90" w:type="dxa"/>
              <w:right w:w="100" w:type="dxa"/>
            </w:tcMar>
          </w:tcPr>
          <w:p w14:paraId="78EAB5AA" w14:textId="77777777" w:rsidR="001D57DE" w:rsidRDefault="00000000">
            <w:r>
              <w:t>____ / ____ / 20____</w:t>
            </w:r>
          </w:p>
        </w:tc>
      </w:tr>
      <w:tr w:rsidR="001D57DE" w14:paraId="053F7E56" w14:textId="77777777">
        <w:trPr>
          <w:jc w:val="center"/>
        </w:trPr>
        <w:tc>
          <w:tcPr>
            <w:tcW w:w="5102" w:type="dxa"/>
            <w:shd w:val="clear" w:color="auto" w:fill="EEF3F8"/>
            <w:tcMar>
              <w:top w:w="90" w:type="dxa"/>
              <w:left w:w="100" w:type="dxa"/>
              <w:bottom w:w="90" w:type="dxa"/>
              <w:right w:w="100" w:type="dxa"/>
            </w:tcMar>
          </w:tcPr>
          <w:p w14:paraId="72948F52" w14:textId="77777777" w:rsidR="001D57DE" w:rsidRDefault="00000000">
            <w:r>
              <w:t>Työ jätetty arvioitavaksi</w:t>
            </w:r>
          </w:p>
        </w:tc>
        <w:tc>
          <w:tcPr>
            <w:tcW w:w="3855" w:type="dxa"/>
            <w:tcMar>
              <w:top w:w="90" w:type="dxa"/>
              <w:left w:w="100" w:type="dxa"/>
              <w:bottom w:w="90" w:type="dxa"/>
              <w:right w:w="100" w:type="dxa"/>
            </w:tcMar>
          </w:tcPr>
          <w:p w14:paraId="484B210B" w14:textId="77777777" w:rsidR="001D57DE" w:rsidRDefault="00000000">
            <w:r>
              <w:t>____ / ____ / 20____</w:t>
            </w:r>
          </w:p>
        </w:tc>
      </w:tr>
    </w:tbl>
    <w:p w14:paraId="6FDE6CD3" w14:textId="77777777" w:rsidR="001D57DE" w:rsidRDefault="00000000">
      <w:pPr>
        <w:pStyle w:val="Heading1Custom"/>
        <w:spacing w:before="120" w:after="80"/>
      </w:pPr>
      <w:r>
        <w:t>7. Sitoutuminen aikatauluun ja poissaolot</w:t>
      </w:r>
    </w:p>
    <w:p w14:paraId="4301D4B6" w14:textId="77777777" w:rsidR="001D57DE" w:rsidRPr="009C08C6" w:rsidRDefault="00000000">
      <w:pPr>
        <w:spacing w:after="160"/>
        <w:rPr>
          <w:lang w:val="fi-FI"/>
        </w:rPr>
      </w:pPr>
      <w:r w:rsidRPr="009C08C6">
        <w:rPr>
          <w:lang w:val="fi-FI"/>
        </w:rPr>
        <w:t>Jos joku ei pysty etenemään sovitusti, hän ilmoittaa siitä muille viimeistään ______ arkipäivää ennen sovittua määräaikaa ja ehdottaa vaihtoehtoista suunnitelmaa (uusi aikataulu / tehtävän uudelleenjako / tuki).</w:t>
      </w:r>
    </w:p>
    <w:p w14:paraId="384A1FE9" w14:textId="77777777" w:rsidR="001D57DE" w:rsidRDefault="00000000">
      <w:pPr>
        <w:pStyle w:val="Heading1Custom"/>
        <w:spacing w:before="120" w:after="80"/>
      </w:pPr>
      <w:r>
        <w:t>8. Arvosanatavoite</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3402"/>
        <w:gridCol w:w="5556"/>
      </w:tblGrid>
      <w:tr w:rsidR="001D57DE" w14:paraId="488D6C70" w14:textId="77777777">
        <w:trPr>
          <w:jc w:val="center"/>
        </w:trPr>
        <w:tc>
          <w:tcPr>
            <w:tcW w:w="3402" w:type="dxa"/>
            <w:shd w:val="clear" w:color="auto" w:fill="EEF3F8"/>
            <w:tcMar>
              <w:top w:w="90" w:type="dxa"/>
              <w:left w:w="100" w:type="dxa"/>
              <w:bottom w:w="90" w:type="dxa"/>
              <w:right w:w="100" w:type="dxa"/>
            </w:tcMar>
          </w:tcPr>
          <w:p w14:paraId="0EB706AA" w14:textId="77777777" w:rsidR="001D57DE" w:rsidRDefault="00000000">
            <w:r>
              <w:t>Yhteinen arvosanatavoite (1–5)</w:t>
            </w:r>
          </w:p>
        </w:tc>
        <w:tc>
          <w:tcPr>
            <w:tcW w:w="5556" w:type="dxa"/>
            <w:tcMar>
              <w:top w:w="90" w:type="dxa"/>
              <w:left w:w="100" w:type="dxa"/>
              <w:bottom w:w="90" w:type="dxa"/>
              <w:right w:w="100" w:type="dxa"/>
            </w:tcMar>
          </w:tcPr>
          <w:p w14:paraId="1E875325" w14:textId="77777777" w:rsidR="001D57DE" w:rsidRDefault="00000000">
            <w:r>
              <w:t>_____________________</w:t>
            </w:r>
          </w:p>
        </w:tc>
      </w:tr>
      <w:tr w:rsidR="001D57DE" w14:paraId="5C3012D4" w14:textId="77777777">
        <w:trPr>
          <w:jc w:val="center"/>
        </w:trPr>
        <w:tc>
          <w:tcPr>
            <w:tcW w:w="3402" w:type="dxa"/>
            <w:shd w:val="clear" w:color="auto" w:fill="EEF3F8"/>
            <w:tcMar>
              <w:top w:w="90" w:type="dxa"/>
              <w:left w:w="100" w:type="dxa"/>
              <w:bottom w:w="90" w:type="dxa"/>
              <w:right w:w="100" w:type="dxa"/>
            </w:tcMar>
          </w:tcPr>
          <w:p w14:paraId="7485CECA" w14:textId="77777777" w:rsidR="001D57DE" w:rsidRDefault="00000000">
            <w:r>
              <w:t>Perustelu</w:t>
            </w:r>
          </w:p>
        </w:tc>
        <w:tc>
          <w:tcPr>
            <w:tcW w:w="5556" w:type="dxa"/>
            <w:tcMar>
              <w:top w:w="90" w:type="dxa"/>
              <w:left w:w="100" w:type="dxa"/>
              <w:bottom w:w="90" w:type="dxa"/>
              <w:right w:w="100" w:type="dxa"/>
            </w:tcMar>
          </w:tcPr>
          <w:p w14:paraId="4C5B0DDF" w14:textId="77777777" w:rsidR="001D57DE" w:rsidRDefault="00000000">
            <w:r w:rsidRPr="009C08C6">
              <w:rPr>
                <w:lang w:val="fi-FI"/>
              </w:rPr>
              <w:t xml:space="preserve">Mitä tämä tavoite tarkoittaa käytännössä tässä opinnäytetyössä? </w:t>
            </w:r>
            <w:r>
              <w:t>________________________________</w:t>
            </w:r>
          </w:p>
        </w:tc>
      </w:tr>
    </w:tbl>
    <w:p w14:paraId="3B4F41A8" w14:textId="77777777" w:rsidR="001D57DE" w:rsidRDefault="00000000">
      <w:pPr>
        <w:pStyle w:val="Heading1Custom"/>
        <w:spacing w:before="120" w:after="80"/>
      </w:pPr>
      <w:r>
        <w:t>9. Sovitut laatukriteerit</w:t>
      </w:r>
    </w:p>
    <w:p w14:paraId="6A96A06C" w14:textId="77777777" w:rsidR="001D57DE" w:rsidRPr="009C08C6" w:rsidRDefault="00000000">
      <w:pPr>
        <w:pStyle w:val="SmallNote"/>
        <w:spacing w:after="40"/>
        <w:rPr>
          <w:lang w:val="fi-FI"/>
        </w:rPr>
      </w:pPr>
      <w:r w:rsidRPr="009C08C6">
        <w:rPr>
          <w:lang w:val="fi-FI"/>
        </w:rPr>
        <w:t>Esimerkiksi: lähteiden laatu, menetelmällinen huolellisuus, analyysin syvyys ja raportin kielen laatu.</w:t>
      </w:r>
    </w:p>
    <w:p w14:paraId="2F9539A2" w14:textId="77777777" w:rsidR="001D57DE" w:rsidRPr="009C08C6" w:rsidRDefault="00000000">
      <w:pPr>
        <w:spacing w:after="20"/>
        <w:rPr>
          <w:lang w:val="fi-FI"/>
        </w:rPr>
      </w:pPr>
      <w:r w:rsidRPr="009C08C6">
        <w:rPr>
          <w:lang w:val="fi-FI"/>
        </w:rPr>
        <w:t>................................................................................................</w:t>
      </w:r>
    </w:p>
    <w:p w14:paraId="0AD0D2FF" w14:textId="77777777" w:rsidR="001D57DE" w:rsidRPr="009C08C6" w:rsidRDefault="00000000">
      <w:pPr>
        <w:spacing w:after="20"/>
        <w:rPr>
          <w:lang w:val="fi-FI"/>
        </w:rPr>
      </w:pPr>
      <w:r w:rsidRPr="009C08C6">
        <w:rPr>
          <w:lang w:val="fi-FI"/>
        </w:rPr>
        <w:t>................................................................................................</w:t>
      </w:r>
    </w:p>
    <w:p w14:paraId="083B3DA2" w14:textId="77777777" w:rsidR="001D57DE" w:rsidRPr="009C08C6" w:rsidRDefault="00000000">
      <w:pPr>
        <w:spacing w:after="20"/>
        <w:rPr>
          <w:lang w:val="fi-FI"/>
        </w:rPr>
      </w:pPr>
      <w:r w:rsidRPr="009C08C6">
        <w:rPr>
          <w:lang w:val="fi-FI"/>
        </w:rPr>
        <w:t>................................................................................................</w:t>
      </w:r>
    </w:p>
    <w:p w14:paraId="63B81DC8" w14:textId="77777777" w:rsidR="001D57DE" w:rsidRPr="009C08C6" w:rsidRDefault="00000000">
      <w:pPr>
        <w:pStyle w:val="Heading1Custom"/>
        <w:spacing w:before="120" w:after="80"/>
        <w:rPr>
          <w:lang w:val="fi-FI"/>
        </w:rPr>
      </w:pPr>
      <w:r w:rsidRPr="009C08C6">
        <w:rPr>
          <w:lang w:val="fi-FI"/>
        </w:rPr>
        <w:t>10. Ongelmatilanteiden käsittely</w:t>
      </w:r>
    </w:p>
    <w:p w14:paraId="295B68C2" w14:textId="77777777" w:rsidR="001D57DE" w:rsidRPr="009C08C6" w:rsidRDefault="00000000">
      <w:pPr>
        <w:spacing w:after="80"/>
        <w:rPr>
          <w:lang w:val="fi-FI"/>
        </w:rPr>
      </w:pPr>
      <w:r w:rsidRPr="009C08C6">
        <w:rPr>
          <w:lang w:val="fi-FI"/>
        </w:rPr>
        <w:t>Jos yhteistyössä ilmenee ongelmia (aikataulujen viivästyminen, epätasainen työmäärä, ristiriidat, poissaolot), etenemme seuraavasti:</w:t>
      </w:r>
    </w:p>
    <w:p w14:paraId="32CEB1EB" w14:textId="77777777" w:rsidR="001D57DE" w:rsidRPr="009C08C6" w:rsidRDefault="00000000">
      <w:pPr>
        <w:spacing w:after="60"/>
        <w:ind w:left="283" w:hanging="283"/>
        <w:rPr>
          <w:lang w:val="fi-FI"/>
        </w:rPr>
      </w:pPr>
      <w:r w:rsidRPr="009C08C6">
        <w:rPr>
          <w:lang w:val="fi-FI"/>
        </w:rPr>
        <w:t>• Suora keskustelu ryhmän kesken viimeistään ______ päivän kuluessa ongelman ilmenemisestä.</w:t>
      </w:r>
    </w:p>
    <w:p w14:paraId="3E8C5D3D" w14:textId="77777777" w:rsidR="001D57DE" w:rsidRPr="009C08C6" w:rsidRDefault="00000000">
      <w:pPr>
        <w:spacing w:after="60"/>
        <w:ind w:left="283" w:hanging="283"/>
        <w:rPr>
          <w:lang w:val="fi-FI"/>
        </w:rPr>
      </w:pPr>
      <w:r w:rsidRPr="009C08C6">
        <w:rPr>
          <w:lang w:val="fi-FI"/>
        </w:rPr>
        <w:t>• Ongelman kuvaus: tosiasiat, vaikutukset ja toivottu ratkaisu.</w:t>
      </w:r>
    </w:p>
    <w:p w14:paraId="29E1B0F9" w14:textId="77777777" w:rsidR="001D57DE" w:rsidRPr="009C08C6" w:rsidRDefault="00000000">
      <w:pPr>
        <w:spacing w:after="60"/>
        <w:ind w:left="283" w:hanging="283"/>
        <w:rPr>
          <w:lang w:val="fi-FI"/>
        </w:rPr>
      </w:pPr>
      <w:r w:rsidRPr="009C08C6">
        <w:rPr>
          <w:lang w:val="fi-FI"/>
        </w:rPr>
        <w:t>• Korjaavista toimista sovitaan: kuka tekee mitä ja mihin mennessä.</w:t>
      </w:r>
    </w:p>
    <w:p w14:paraId="524F02B1" w14:textId="77777777" w:rsidR="001D57DE" w:rsidRPr="009C08C6" w:rsidRDefault="00000000">
      <w:pPr>
        <w:spacing w:after="60"/>
        <w:ind w:left="283" w:hanging="283"/>
        <w:rPr>
          <w:lang w:val="fi-FI"/>
        </w:rPr>
      </w:pPr>
      <w:r w:rsidRPr="009C08C6">
        <w:rPr>
          <w:lang w:val="fi-FI"/>
        </w:rPr>
        <w:t>• Mahdollisia ratkaisukeinoja ovat esimerkiksi työn uudelleenjako ja aikataulun päivittäminen, roolien tarkentaminen tai yksilöllinen lisätehtävä työpanoksen tasapainottamiseksi.</w:t>
      </w:r>
    </w:p>
    <w:p w14:paraId="3C273005" w14:textId="77777777" w:rsidR="001D57DE" w:rsidRPr="009C08C6" w:rsidRDefault="00000000">
      <w:pPr>
        <w:spacing w:after="60"/>
        <w:ind w:left="283" w:hanging="283"/>
        <w:rPr>
          <w:lang w:val="fi-FI"/>
        </w:rPr>
      </w:pPr>
      <w:r w:rsidRPr="009C08C6">
        <w:rPr>
          <w:lang w:val="fi-FI"/>
        </w:rPr>
        <w:t>• Viimesijaisena keinona voidaan olla yhteydessä ohjaajaan tilanteen selkiyttämiseksi. Tällöin mahdollisina ratkaisutapoina voivat tulla kyseeseen esimerkiksi ryhmän koon muuttaminen tai opinnäytetyön jakaminen useammaksi työksi. Näitä käytetään kuitenkin vasta silloin, kun muut keinot on ensin kokeiltu.</w:t>
      </w:r>
    </w:p>
    <w:p w14:paraId="466A02FD" w14:textId="77777777" w:rsidR="001D57DE" w:rsidRPr="009C08C6" w:rsidRDefault="00000000">
      <w:pPr>
        <w:spacing w:after="60"/>
        <w:ind w:left="283" w:hanging="283"/>
        <w:rPr>
          <w:lang w:val="fi-FI"/>
        </w:rPr>
      </w:pPr>
      <w:r w:rsidRPr="009C08C6">
        <w:rPr>
          <w:lang w:val="fi-FI"/>
        </w:rPr>
        <w:lastRenderedPageBreak/>
        <w:t>• Jos alkuperäinen opinnäytetyöryhmä puretaan, sovitaan erikseen, mitä yhteisesti tuotetun työn osia tekijät saavat käyttää uusissa opinnäytetöissään ja millä ehdoilla.</w:t>
      </w:r>
    </w:p>
    <w:p w14:paraId="6C016F36" w14:textId="60FA9FBA" w:rsidR="001D57DE" w:rsidRPr="009C08C6" w:rsidRDefault="00000000">
      <w:pPr>
        <w:pStyle w:val="Heading1Custom"/>
        <w:spacing w:before="120" w:after="80"/>
        <w:rPr>
          <w:lang w:val="fi-FI"/>
        </w:rPr>
      </w:pPr>
      <w:r w:rsidRPr="009C08C6">
        <w:rPr>
          <w:lang w:val="fi-FI"/>
        </w:rPr>
        <w:t xml:space="preserve">11. </w:t>
      </w:r>
      <w:r w:rsidR="00323AD2">
        <w:rPr>
          <w:lang w:val="fi-FI"/>
        </w:rPr>
        <w:t>Pelisääntöj</w:t>
      </w:r>
      <w:r w:rsidRPr="009C08C6">
        <w:rPr>
          <w:lang w:val="fi-FI"/>
        </w:rPr>
        <w:t>en päivittäminen</w:t>
      </w:r>
    </w:p>
    <w:p w14:paraId="0E145984" w14:textId="750B5184" w:rsidR="001D57DE" w:rsidRPr="009C08C6" w:rsidRDefault="00323AD2">
      <w:pPr>
        <w:spacing w:after="160"/>
        <w:rPr>
          <w:lang w:val="fi-FI"/>
        </w:rPr>
      </w:pPr>
      <w:r>
        <w:rPr>
          <w:lang w:val="fi-FI"/>
        </w:rPr>
        <w:t>Pelisäännöt</w:t>
      </w:r>
      <w:r w:rsidRPr="009C08C6">
        <w:rPr>
          <w:lang w:val="fi-FI"/>
        </w:rPr>
        <w:t xml:space="preserve"> tarkistetaan ja päivitetään tarvittaessa.</w:t>
      </w:r>
    </w:p>
    <w:p w14:paraId="1BAE7F86" w14:textId="77777777" w:rsidR="00AD03A3" w:rsidRDefault="00AD03A3"/>
    <w:sectPr w:rsidR="00AD03A3"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ituluettel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ituluettel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Merkittyluettel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Merkittyluettel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ituluettel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Merkittyluettelo"/>
      <w:lvlText w:val=""/>
      <w:lvlJc w:val="left"/>
      <w:pPr>
        <w:tabs>
          <w:tab w:val="num" w:pos="360"/>
        </w:tabs>
        <w:ind w:left="360" w:hanging="360"/>
      </w:pPr>
      <w:rPr>
        <w:rFonts w:ascii="Symbol" w:hAnsi="Symbol" w:hint="default"/>
      </w:rPr>
    </w:lvl>
  </w:abstractNum>
  <w:num w:numId="1" w16cid:durableId="1052726428">
    <w:abstractNumId w:val="8"/>
  </w:num>
  <w:num w:numId="2" w16cid:durableId="698092155">
    <w:abstractNumId w:val="6"/>
  </w:num>
  <w:num w:numId="3" w16cid:durableId="2013213440">
    <w:abstractNumId w:val="5"/>
  </w:num>
  <w:num w:numId="4" w16cid:durableId="969748158">
    <w:abstractNumId w:val="4"/>
  </w:num>
  <w:num w:numId="5" w16cid:durableId="157817785">
    <w:abstractNumId w:val="7"/>
  </w:num>
  <w:num w:numId="6" w16cid:durableId="187641997">
    <w:abstractNumId w:val="3"/>
  </w:num>
  <w:num w:numId="7" w16cid:durableId="65299557">
    <w:abstractNumId w:val="2"/>
  </w:num>
  <w:num w:numId="8" w16cid:durableId="1420176384">
    <w:abstractNumId w:val="1"/>
  </w:num>
  <w:num w:numId="9" w16cid:durableId="189616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C65"/>
    <w:rsid w:val="001B6C1D"/>
    <w:rsid w:val="001D57DE"/>
    <w:rsid w:val="001E721D"/>
    <w:rsid w:val="0029639D"/>
    <w:rsid w:val="00323AD2"/>
    <w:rsid w:val="00326F90"/>
    <w:rsid w:val="0045411E"/>
    <w:rsid w:val="00456BA0"/>
    <w:rsid w:val="009C08C6"/>
    <w:rsid w:val="00AA1D8D"/>
    <w:rsid w:val="00AD03A3"/>
    <w:rsid w:val="00B4581F"/>
    <w:rsid w:val="00B47730"/>
    <w:rsid w:val="00B739E6"/>
    <w:rsid w:val="00CB0664"/>
    <w:rsid w:val="00CE1D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7EEDEE"/>
  <w14:defaultImageDpi w14:val="300"/>
  <w15:docId w15:val="{1D8C531A-5E31-4FCE-AAE5-E48EBFA3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693F"/>
    <w:rPr>
      <w:rFonts w:ascii="Aptos" w:eastAsia="Aptos" w:hAnsi="Aptos"/>
      <w:sz w:val="21"/>
    </w:rPr>
  </w:style>
  <w:style w:type="paragraph" w:styleId="Otsikko1">
    <w:name w:val="heading 1"/>
    <w:basedOn w:val="Normaali"/>
    <w:next w:val="Normaali"/>
    <w:link w:val="Otsikk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tsikko9">
    <w:name w:val="heading 9"/>
    <w:basedOn w:val="Normaali"/>
    <w:next w:val="Normaali"/>
    <w:link w:val="Otsikk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618B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E618BF"/>
  </w:style>
  <w:style w:type="paragraph" w:styleId="Alatunniste">
    <w:name w:val="footer"/>
    <w:basedOn w:val="Normaali"/>
    <w:link w:val="AlatunnisteChar"/>
    <w:uiPriority w:val="99"/>
    <w:unhideWhenUsed/>
    <w:rsid w:val="00E618B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E618BF"/>
  </w:style>
  <w:style w:type="paragraph" w:styleId="Eivli">
    <w:name w:val="No Spacing"/>
    <w:uiPriority w:val="1"/>
    <w:qFormat/>
    <w:rsid w:val="00FC693F"/>
    <w:pPr>
      <w:spacing w:after="0" w:line="240" w:lineRule="auto"/>
    </w:pPr>
  </w:style>
  <w:style w:type="character" w:customStyle="1" w:styleId="Otsikko1Char">
    <w:name w:val="Otsikko 1 Char"/>
    <w:basedOn w:val="Kappaleenoletusfontti"/>
    <w:link w:val="Otsikk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693F"/>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FC693F"/>
    <w:rPr>
      <w:rFonts w:asciiTheme="majorHAnsi" w:eastAsiaTheme="majorEastAsia" w:hAnsiTheme="majorHAnsi" w:cstheme="majorBidi"/>
      <w:b/>
      <w:bCs/>
      <w:color w:val="4F81BD" w:themeColor="accent1"/>
    </w:rPr>
  </w:style>
  <w:style w:type="paragraph" w:styleId="Otsikko">
    <w:name w:val="Title"/>
    <w:basedOn w:val="Normaali"/>
    <w:next w:val="Normaali"/>
    <w:link w:val="Otsikk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C693F"/>
    <w:rPr>
      <w:rFonts w:asciiTheme="majorHAnsi" w:eastAsiaTheme="majorEastAsia" w:hAnsiTheme="majorHAnsi" w:cstheme="majorBidi"/>
      <w:i/>
      <w:iCs/>
      <w:color w:val="4F81BD" w:themeColor="accent1"/>
      <w:spacing w:val="15"/>
      <w:sz w:val="24"/>
      <w:szCs w:val="24"/>
    </w:rPr>
  </w:style>
  <w:style w:type="paragraph" w:styleId="Luettelokappale">
    <w:name w:val="List Paragraph"/>
    <w:basedOn w:val="Normaali"/>
    <w:uiPriority w:val="34"/>
    <w:qFormat/>
    <w:rsid w:val="00FC693F"/>
    <w:pPr>
      <w:ind w:left="720"/>
      <w:contextualSpacing/>
    </w:pPr>
  </w:style>
  <w:style w:type="paragraph" w:styleId="Leipteksti">
    <w:name w:val="Body Text"/>
    <w:basedOn w:val="Normaali"/>
    <w:link w:val="LeiptekstiChar"/>
    <w:uiPriority w:val="99"/>
    <w:unhideWhenUsed/>
    <w:rsid w:val="00AA1D8D"/>
    <w:pPr>
      <w:spacing w:after="120"/>
    </w:pPr>
  </w:style>
  <w:style w:type="character" w:customStyle="1" w:styleId="LeiptekstiChar">
    <w:name w:val="Leipäteksti Char"/>
    <w:basedOn w:val="Kappaleenoletusfontti"/>
    <w:link w:val="Leipteksti"/>
    <w:uiPriority w:val="99"/>
    <w:rsid w:val="00AA1D8D"/>
  </w:style>
  <w:style w:type="paragraph" w:styleId="Leipteksti2">
    <w:name w:val="Body Text 2"/>
    <w:basedOn w:val="Normaali"/>
    <w:link w:val="Leipteksti2Char"/>
    <w:uiPriority w:val="99"/>
    <w:unhideWhenUsed/>
    <w:rsid w:val="00AA1D8D"/>
    <w:pPr>
      <w:spacing w:after="120" w:line="480" w:lineRule="auto"/>
    </w:pPr>
  </w:style>
  <w:style w:type="character" w:customStyle="1" w:styleId="Leipteksti2Char">
    <w:name w:val="Leipäteksti 2 Char"/>
    <w:basedOn w:val="Kappaleenoletusfontti"/>
    <w:link w:val="Leipteksti2"/>
    <w:uiPriority w:val="99"/>
    <w:rsid w:val="00AA1D8D"/>
  </w:style>
  <w:style w:type="paragraph" w:styleId="Leipteksti3">
    <w:name w:val="Body Text 3"/>
    <w:basedOn w:val="Normaali"/>
    <w:link w:val="Leipteksti3Char"/>
    <w:uiPriority w:val="99"/>
    <w:unhideWhenUsed/>
    <w:rsid w:val="00AA1D8D"/>
    <w:pPr>
      <w:spacing w:after="120"/>
    </w:pPr>
    <w:rPr>
      <w:sz w:val="16"/>
      <w:szCs w:val="16"/>
    </w:rPr>
  </w:style>
  <w:style w:type="character" w:customStyle="1" w:styleId="Leipteksti3Char">
    <w:name w:val="Leipäteksti 3 Char"/>
    <w:basedOn w:val="Kappaleenoletusfontti"/>
    <w:link w:val="Leipteksti3"/>
    <w:uiPriority w:val="99"/>
    <w:rsid w:val="00AA1D8D"/>
    <w:rPr>
      <w:sz w:val="16"/>
      <w:szCs w:val="16"/>
    </w:rPr>
  </w:style>
  <w:style w:type="paragraph" w:styleId="Luettelo">
    <w:name w:val="List"/>
    <w:basedOn w:val="Normaali"/>
    <w:uiPriority w:val="99"/>
    <w:unhideWhenUsed/>
    <w:rsid w:val="00AA1D8D"/>
    <w:pPr>
      <w:ind w:left="360" w:hanging="360"/>
      <w:contextualSpacing/>
    </w:pPr>
  </w:style>
  <w:style w:type="paragraph" w:styleId="Luettelo2">
    <w:name w:val="List 2"/>
    <w:basedOn w:val="Normaali"/>
    <w:uiPriority w:val="99"/>
    <w:unhideWhenUsed/>
    <w:rsid w:val="00326F90"/>
    <w:pPr>
      <w:ind w:left="720" w:hanging="360"/>
      <w:contextualSpacing/>
    </w:pPr>
  </w:style>
  <w:style w:type="paragraph" w:styleId="Luettelo3">
    <w:name w:val="List 3"/>
    <w:basedOn w:val="Normaali"/>
    <w:uiPriority w:val="99"/>
    <w:unhideWhenUsed/>
    <w:rsid w:val="00326F90"/>
    <w:pPr>
      <w:ind w:left="1080" w:hanging="360"/>
      <w:contextualSpacing/>
    </w:pPr>
  </w:style>
  <w:style w:type="paragraph" w:styleId="Merkittyluettelo">
    <w:name w:val="List Bullet"/>
    <w:basedOn w:val="Normaali"/>
    <w:uiPriority w:val="99"/>
    <w:unhideWhenUsed/>
    <w:rsid w:val="00326F90"/>
    <w:pPr>
      <w:numPr>
        <w:numId w:val="1"/>
      </w:numPr>
      <w:contextualSpacing/>
    </w:pPr>
  </w:style>
  <w:style w:type="paragraph" w:styleId="Merkittyluettelo2">
    <w:name w:val="List Bullet 2"/>
    <w:basedOn w:val="Normaali"/>
    <w:uiPriority w:val="99"/>
    <w:unhideWhenUsed/>
    <w:rsid w:val="00326F90"/>
    <w:pPr>
      <w:numPr>
        <w:numId w:val="2"/>
      </w:numPr>
      <w:contextualSpacing/>
    </w:pPr>
  </w:style>
  <w:style w:type="paragraph" w:styleId="Merkittyluettelo3">
    <w:name w:val="List Bullet 3"/>
    <w:basedOn w:val="Normaali"/>
    <w:uiPriority w:val="99"/>
    <w:unhideWhenUsed/>
    <w:rsid w:val="00326F90"/>
    <w:pPr>
      <w:numPr>
        <w:numId w:val="3"/>
      </w:numPr>
      <w:contextualSpacing/>
    </w:pPr>
  </w:style>
  <w:style w:type="paragraph" w:styleId="Numeroituluettelo">
    <w:name w:val="List Number"/>
    <w:basedOn w:val="Normaali"/>
    <w:uiPriority w:val="99"/>
    <w:unhideWhenUsed/>
    <w:rsid w:val="00326F90"/>
    <w:pPr>
      <w:numPr>
        <w:numId w:val="5"/>
      </w:numPr>
      <w:contextualSpacing/>
    </w:pPr>
  </w:style>
  <w:style w:type="paragraph" w:styleId="Numeroituluettelo2">
    <w:name w:val="List Number 2"/>
    <w:basedOn w:val="Normaali"/>
    <w:uiPriority w:val="99"/>
    <w:unhideWhenUsed/>
    <w:rsid w:val="0029639D"/>
    <w:pPr>
      <w:numPr>
        <w:numId w:val="6"/>
      </w:numPr>
      <w:contextualSpacing/>
    </w:pPr>
  </w:style>
  <w:style w:type="paragraph" w:styleId="Numeroituluettelo3">
    <w:name w:val="List Number 3"/>
    <w:basedOn w:val="Normaali"/>
    <w:uiPriority w:val="99"/>
    <w:unhideWhenUsed/>
    <w:rsid w:val="0029639D"/>
    <w:pPr>
      <w:numPr>
        <w:numId w:val="7"/>
      </w:numPr>
      <w:contextualSpacing/>
    </w:pPr>
  </w:style>
  <w:style w:type="paragraph" w:styleId="Jatkoluettelo">
    <w:name w:val="List Continue"/>
    <w:basedOn w:val="Normaali"/>
    <w:uiPriority w:val="99"/>
    <w:unhideWhenUsed/>
    <w:rsid w:val="0029639D"/>
    <w:pPr>
      <w:spacing w:after="120"/>
      <w:ind w:left="360"/>
      <w:contextualSpacing/>
    </w:pPr>
  </w:style>
  <w:style w:type="paragraph" w:styleId="Jatkoluettelo2">
    <w:name w:val="List Continue 2"/>
    <w:basedOn w:val="Normaali"/>
    <w:uiPriority w:val="99"/>
    <w:unhideWhenUsed/>
    <w:rsid w:val="0029639D"/>
    <w:pPr>
      <w:spacing w:after="120"/>
      <w:ind w:left="720"/>
      <w:contextualSpacing/>
    </w:pPr>
  </w:style>
  <w:style w:type="paragraph" w:styleId="Jatkoluettelo3">
    <w:name w:val="List Continue 3"/>
    <w:basedOn w:val="Normaali"/>
    <w:uiPriority w:val="99"/>
    <w:unhideWhenUsed/>
    <w:rsid w:val="0029639D"/>
    <w:pPr>
      <w:spacing w:after="120"/>
      <w:ind w:left="1080"/>
      <w:contextualSpacing/>
    </w:pPr>
  </w:style>
  <w:style w:type="paragraph" w:styleId="Makroteksti">
    <w:name w:val="macro"/>
    <w:link w:val="Makrotekst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iChar">
    <w:name w:val="Makroteksti Char"/>
    <w:basedOn w:val="Kappaleenoletusfontti"/>
    <w:link w:val="Makroteksti"/>
    <w:uiPriority w:val="99"/>
    <w:rsid w:val="0029639D"/>
    <w:rPr>
      <w:rFonts w:ascii="Courier" w:hAnsi="Courier"/>
      <w:sz w:val="20"/>
      <w:szCs w:val="20"/>
    </w:rPr>
  </w:style>
  <w:style w:type="paragraph" w:styleId="Lainaus">
    <w:name w:val="Quote"/>
    <w:basedOn w:val="Normaali"/>
    <w:next w:val="Normaali"/>
    <w:link w:val="LainausChar"/>
    <w:uiPriority w:val="29"/>
    <w:qFormat/>
    <w:rsid w:val="00FC693F"/>
    <w:rPr>
      <w:i/>
      <w:iCs/>
      <w:color w:val="000000" w:themeColor="text1"/>
    </w:rPr>
  </w:style>
  <w:style w:type="character" w:customStyle="1" w:styleId="LainausChar">
    <w:name w:val="Lainaus Char"/>
    <w:basedOn w:val="Kappaleenoletusfontti"/>
    <w:link w:val="Lainaus"/>
    <w:uiPriority w:val="29"/>
    <w:rsid w:val="00FC693F"/>
    <w:rPr>
      <w:i/>
      <w:iCs/>
      <w:color w:val="000000" w:themeColor="text1"/>
    </w:rPr>
  </w:style>
  <w:style w:type="character" w:customStyle="1" w:styleId="Otsikko4Char">
    <w:name w:val="Otsikko 4 Char"/>
    <w:basedOn w:val="Kappaleenoletusfontti"/>
    <w:link w:val="Otsikko4"/>
    <w:uiPriority w:val="9"/>
    <w:semiHidden/>
    <w:rsid w:val="00FC693F"/>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semiHidden/>
    <w:rsid w:val="00FC693F"/>
    <w:rPr>
      <w:rFonts w:asciiTheme="majorHAnsi" w:eastAsiaTheme="majorEastAsia" w:hAnsiTheme="majorHAnsi" w:cstheme="majorBidi"/>
      <w:color w:val="243F60" w:themeColor="accent1" w:themeShade="7F"/>
    </w:rPr>
  </w:style>
  <w:style w:type="character" w:customStyle="1" w:styleId="Otsikko6Char">
    <w:name w:val="Otsikko 6 Char"/>
    <w:basedOn w:val="Kappaleenoletusfontti"/>
    <w:link w:val="Otsikko6"/>
    <w:uiPriority w:val="9"/>
    <w:semiHidden/>
    <w:rsid w:val="00FC693F"/>
    <w:rPr>
      <w:rFonts w:asciiTheme="majorHAnsi" w:eastAsiaTheme="majorEastAsia" w:hAnsiTheme="majorHAnsi" w:cstheme="majorBidi"/>
      <w:i/>
      <w:iCs/>
      <w:color w:val="243F60" w:themeColor="accent1" w:themeShade="7F"/>
    </w:rPr>
  </w:style>
  <w:style w:type="character" w:customStyle="1" w:styleId="Otsikko7Char">
    <w:name w:val="Otsikko 7 Char"/>
    <w:basedOn w:val="Kappaleenoletusfontti"/>
    <w:link w:val="Otsikko7"/>
    <w:uiPriority w:val="9"/>
    <w:semiHidden/>
    <w:rsid w:val="00FC693F"/>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FC693F"/>
    <w:rPr>
      <w:rFonts w:asciiTheme="majorHAnsi" w:eastAsiaTheme="majorEastAsia" w:hAnsiTheme="majorHAnsi" w:cstheme="majorBidi"/>
      <w:color w:val="4F81BD" w:themeColor="accent1"/>
      <w:sz w:val="20"/>
      <w:szCs w:val="20"/>
    </w:rPr>
  </w:style>
  <w:style w:type="character" w:customStyle="1" w:styleId="Otsikko9Char">
    <w:name w:val="Otsikko 9 Char"/>
    <w:basedOn w:val="Kappaleenoletusfontti"/>
    <w:link w:val="Otsikko9"/>
    <w:uiPriority w:val="9"/>
    <w:semiHidden/>
    <w:rsid w:val="00FC693F"/>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FC693F"/>
    <w:pPr>
      <w:spacing w:line="240" w:lineRule="auto"/>
    </w:pPr>
    <w:rPr>
      <w:b/>
      <w:bCs/>
      <w:color w:val="4F81BD" w:themeColor="accent1"/>
      <w:sz w:val="18"/>
      <w:szCs w:val="18"/>
    </w:rPr>
  </w:style>
  <w:style w:type="character" w:styleId="Voimakas">
    <w:name w:val="Strong"/>
    <w:basedOn w:val="Kappaleenoletusfontti"/>
    <w:uiPriority w:val="22"/>
    <w:qFormat/>
    <w:rsid w:val="00FC693F"/>
    <w:rPr>
      <w:b/>
      <w:bCs/>
    </w:rPr>
  </w:style>
  <w:style w:type="character" w:styleId="Korostus">
    <w:name w:val="Emphasis"/>
    <w:basedOn w:val="Kappaleenoletusfontti"/>
    <w:uiPriority w:val="20"/>
    <w:qFormat/>
    <w:rsid w:val="00FC693F"/>
    <w:rPr>
      <w:i/>
      <w:iCs/>
    </w:rPr>
  </w:style>
  <w:style w:type="paragraph" w:styleId="Erottuvalainaus">
    <w:name w:val="Intense Quote"/>
    <w:basedOn w:val="Normaali"/>
    <w:next w:val="Normaali"/>
    <w:link w:val="Erottuvalainaus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FC693F"/>
    <w:rPr>
      <w:b/>
      <w:bCs/>
      <w:i/>
      <w:iCs/>
      <w:color w:val="4F81BD" w:themeColor="accent1"/>
    </w:rPr>
  </w:style>
  <w:style w:type="character" w:styleId="Hienovarainenkorostus">
    <w:name w:val="Subtle Emphasis"/>
    <w:basedOn w:val="Kappaleenoletusfontti"/>
    <w:uiPriority w:val="19"/>
    <w:qFormat/>
    <w:rsid w:val="00FC693F"/>
    <w:rPr>
      <w:i/>
      <w:iCs/>
      <w:color w:val="808080" w:themeColor="text1" w:themeTint="7F"/>
    </w:rPr>
  </w:style>
  <w:style w:type="character" w:styleId="Voimakaskorostus">
    <w:name w:val="Intense Emphasis"/>
    <w:basedOn w:val="Kappaleenoletusfontti"/>
    <w:uiPriority w:val="21"/>
    <w:qFormat/>
    <w:rsid w:val="00FC693F"/>
    <w:rPr>
      <w:b/>
      <w:bCs/>
      <w:i/>
      <w:iCs/>
      <w:color w:val="4F81BD" w:themeColor="accent1"/>
    </w:rPr>
  </w:style>
  <w:style w:type="character" w:styleId="Hienovarainenviittaus">
    <w:name w:val="Subtle Reference"/>
    <w:basedOn w:val="Kappaleenoletusfontti"/>
    <w:uiPriority w:val="31"/>
    <w:qFormat/>
    <w:rsid w:val="00FC693F"/>
    <w:rPr>
      <w:smallCaps/>
      <w:color w:val="C0504D" w:themeColor="accent2"/>
      <w:u w:val="single"/>
    </w:rPr>
  </w:style>
  <w:style w:type="character" w:styleId="Erottuvaviittaus">
    <w:name w:val="Intense Reference"/>
    <w:basedOn w:val="Kappaleenoletusfontti"/>
    <w:uiPriority w:val="32"/>
    <w:qFormat/>
    <w:rsid w:val="00FC693F"/>
    <w:rPr>
      <w:b/>
      <w:bCs/>
      <w:smallCaps/>
      <w:color w:val="C0504D" w:themeColor="accent2"/>
      <w:spacing w:val="5"/>
      <w:u w:val="single"/>
    </w:rPr>
  </w:style>
  <w:style w:type="character" w:styleId="Kirjannimike">
    <w:name w:val="Book Title"/>
    <w:basedOn w:val="Kappaleenoletusfontti"/>
    <w:uiPriority w:val="33"/>
    <w:qFormat/>
    <w:rsid w:val="00FC693F"/>
    <w:rPr>
      <w:b/>
      <w:bCs/>
      <w:smallCaps/>
      <w:spacing w:val="5"/>
    </w:rPr>
  </w:style>
  <w:style w:type="paragraph" w:styleId="Sisllysluettelonotsikko">
    <w:name w:val="TOC Heading"/>
    <w:basedOn w:val="Otsikko1"/>
    <w:next w:val="Normaali"/>
    <w:uiPriority w:val="39"/>
    <w:semiHidden/>
    <w:unhideWhenUsed/>
    <w:qFormat/>
    <w:rsid w:val="00FC693F"/>
    <w:pPr>
      <w:outlineLvl w:val="9"/>
    </w:pPr>
  </w:style>
  <w:style w:type="table" w:styleId="TaulukkoRuudukko">
    <w:name w:val="Table Grid"/>
    <w:basedOn w:val="Normaalitaulukk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
    <w:name w:val="Light Shading"/>
    <w:basedOn w:val="Normaalitaulukk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aaleavarjostus-korostus2">
    <w:name w:val="Light Shading Accent 2"/>
    <w:basedOn w:val="Normaalitaulukk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aaleavarjostus-korostus3">
    <w:name w:val="Light Shading Accent 3"/>
    <w:basedOn w:val="Normaalitaulukk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aaleavarjostus-korostus4">
    <w:name w:val="Light Shading Accent 4"/>
    <w:basedOn w:val="Normaalitaulukk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aaleavarjostus-korostus5">
    <w:name w:val="Light Shading Accent 5"/>
    <w:basedOn w:val="Normaalitaulukk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aaleavarjostus-korostus6">
    <w:name w:val="Light Shading Accent 6"/>
    <w:basedOn w:val="Normaalitaulukk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aalealuettelo">
    <w:name w:val="Light List"/>
    <w:basedOn w:val="Normaalitaulukk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aalealuettelo-korostus2">
    <w:name w:val="Light List Accent 2"/>
    <w:basedOn w:val="Normaalitaulukk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aalealuettelo-korostus3">
    <w:name w:val="Light List Accent 3"/>
    <w:basedOn w:val="Normaalitaulukk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aalealuettelo-korostus4">
    <w:name w:val="Light List Accent 4"/>
    <w:basedOn w:val="Normaalitaulukk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aalealuettelo-korostus5">
    <w:name w:val="Light List Accent 5"/>
    <w:basedOn w:val="Normaalitaulukk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aalealuettelo-korostus6">
    <w:name w:val="Light List Accent 6"/>
    <w:basedOn w:val="Normaalitaulukk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aalearuudukko">
    <w:name w:val="Light Grid"/>
    <w:basedOn w:val="Normaalitaulukk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aalearuudukko-korostus2">
    <w:name w:val="Light Grid Accent 2"/>
    <w:basedOn w:val="Normaalitaulukk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aalearuudukko-korostus3">
    <w:name w:val="Light Grid Accent 3"/>
    <w:basedOn w:val="Normaalitaulukk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aalearuudukko-korostus4">
    <w:name w:val="Light Grid Accent 4"/>
    <w:basedOn w:val="Normaalitaulukk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aalearuudukko-korostus5">
    <w:name w:val="Light Grid Accent 5"/>
    <w:basedOn w:val="Normaalitaulukk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aalearuudukko-korostus6">
    <w:name w:val="Light Grid Accent 6"/>
    <w:basedOn w:val="Normaalitaulukk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Normaalivarjostus1">
    <w:name w:val="Medium Shading 1"/>
    <w:basedOn w:val="Normaalitaulukk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luettelo1">
    <w:name w:val="Medium List 1"/>
    <w:basedOn w:val="Normaalitaulukk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Normaaliluettelo1-korostus2">
    <w:name w:val="Medium List 1 Accent 2"/>
    <w:basedOn w:val="Normaalitaulukk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Normaaliluettelo1-korostus3">
    <w:name w:val="Medium List 1 Accent 3"/>
    <w:basedOn w:val="Normaalitaulukk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Normaaliluettelo1-korostus4">
    <w:name w:val="Medium List 1 Accent 4"/>
    <w:basedOn w:val="Normaalitaulukk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Normaaliluettelo1-korostus5">
    <w:name w:val="Medium List 1 Accent 5"/>
    <w:basedOn w:val="Normaalitaulukk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Normaaliluettelo1-korostus6">
    <w:name w:val="Medium List 1 Accent 6"/>
    <w:basedOn w:val="Normaalitaulukk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Normaaliluettelo2">
    <w:name w:val="Medium Lis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Normaaliruudukko1-korostus2">
    <w:name w:val="Medium Grid 1 Accent 2"/>
    <w:basedOn w:val="Normaalitaulukk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Normaaliruudukko1-korostus3">
    <w:name w:val="Medium Grid 1 Accent 3"/>
    <w:basedOn w:val="Normaalitaulukk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Normaaliruudukko1-korostus4">
    <w:name w:val="Medium Grid 1 Accent 4"/>
    <w:basedOn w:val="Normaalitaulukk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Normaaliruudukko1-korostus5">
    <w:name w:val="Medium Grid 1 Accent 5"/>
    <w:basedOn w:val="Normaalitaulukk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Normaaliruudukko1-korostus6">
    <w:name w:val="Medium Grid 1 Accent 6"/>
    <w:basedOn w:val="Normaalitaulukk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Normaaliruudukko2">
    <w:name w:val="Medium Grid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Normaaliruudukko3-korostus2">
    <w:name w:val="Medium Grid 3 Accent 2"/>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Normaaliruudukko3-korostus3">
    <w:name w:val="Medium Grid 3 Accent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Normaaliruudukko3-korostus4">
    <w:name w:val="Medium Grid 3 Accent 4"/>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Normaaliruudukko3-korostus5">
    <w:name w:val="Medium Grid 3 Accent 5"/>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Normaaliruudukko3-korostus6">
    <w:name w:val="Medium Grid 3 Accent 6"/>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maluettelo">
    <w:name w:val="Dark List"/>
    <w:basedOn w:val="Normaalitaulukk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maluettelo-korostus2">
    <w:name w:val="Dark List Accent 2"/>
    <w:basedOn w:val="Normaalitaulukk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maluettelo-korostus3">
    <w:name w:val="Dark List Accent 3"/>
    <w:basedOn w:val="Normaalitaulukk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maluettelo-korostus4">
    <w:name w:val="Dark List Accent 4"/>
    <w:basedOn w:val="Normaalitaulukk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maluettelo-korostus5">
    <w:name w:val="Dark List Accent 5"/>
    <w:basedOn w:val="Normaalitaulukk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maluettelo-korostus6">
    <w:name w:val="Dark List Accent 6"/>
    <w:basedOn w:val="Normaalitaulukk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iksvarjostus">
    <w:name w:val="Colorful Shading"/>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iksvarjostus-korostus4">
    <w:name w:val="Colorful Shading Accent 4"/>
    <w:basedOn w:val="Normaalitaulukk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iksluettelo">
    <w:name w:val="Colorful List"/>
    <w:basedOn w:val="Normaalitaulukk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iksluettelo-korostus2">
    <w:name w:val="Colorful List Accent 2"/>
    <w:basedOn w:val="Normaalitaulukk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iksluettelo-korostus3">
    <w:name w:val="Colorful List Accent 3"/>
    <w:basedOn w:val="Normaalitaulukk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iksluettelo-korostus4">
    <w:name w:val="Colorful List Accent 4"/>
    <w:basedOn w:val="Normaalitaulukk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iksluettelo-korostus5">
    <w:name w:val="Colorful List Accent 5"/>
    <w:basedOn w:val="Normaalitaulukk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luettelo-korostus6">
    <w:name w:val="Colorful List Accent 6"/>
    <w:basedOn w:val="Normaalitaulukk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iksruudukko">
    <w:name w:val="Colorful Grid"/>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iksruudukko-korostus2">
    <w:name w:val="Colorful Grid Accent 2"/>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iksruudukko-korostus3">
    <w:name w:val="Colorful Grid Accent 3"/>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iksruudukko-korostus4">
    <w:name w:val="Colorful Grid Accent 4"/>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iksruudukko-korostus5">
    <w:name w:val="Colorful Grid Accent 5"/>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iksruudukko-korostus6">
    <w:name w:val="Colorful Grid Accent 6"/>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basedOn w:val="Otsikko"/>
    <w:rPr>
      <w:rFonts w:ascii="Aptos" w:eastAsia="Aptos" w:hAnsi="Aptos"/>
      <w:b/>
      <w:color w:val="1F4E79"/>
      <w:sz w:val="36"/>
    </w:rPr>
  </w:style>
  <w:style w:type="paragraph" w:customStyle="1" w:styleId="Heading1Custom">
    <w:name w:val="Heading1Custom"/>
    <w:basedOn w:val="Otsikko1"/>
    <w:rPr>
      <w:rFonts w:ascii="Aptos" w:eastAsia="Aptos" w:hAnsi="Aptos"/>
      <w:color w:val="1F4E79"/>
      <w:sz w:val="25"/>
    </w:rPr>
  </w:style>
  <w:style w:type="paragraph" w:customStyle="1" w:styleId="Heading2Custom">
    <w:name w:val="Heading2Custom"/>
    <w:basedOn w:val="Otsikko2"/>
    <w:rPr>
      <w:rFonts w:ascii="Aptos" w:eastAsia="Aptos" w:hAnsi="Aptos"/>
      <w:color w:val="1F4E79"/>
      <w:sz w:val="22"/>
    </w:rPr>
  </w:style>
  <w:style w:type="paragraph" w:customStyle="1" w:styleId="SmallNote">
    <w:name w:val="SmallNote"/>
    <w:basedOn w:val="Normaali"/>
    <w:rPr>
      <w:color w:val="55555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550</Words>
  <Characters>4460</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Helka Luttinen</cp:lastModifiedBy>
  <cp:revision>2</cp:revision>
  <cp:lastPrinted>2026-06-10T10:42:00Z</cp:lastPrinted>
  <dcterms:created xsi:type="dcterms:W3CDTF">2026-06-10T10:42:00Z</dcterms:created>
  <dcterms:modified xsi:type="dcterms:W3CDTF">2026-06-10T10:42:00Z</dcterms:modified>
  <cp:category/>
</cp:coreProperties>
</file>